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GMBA 612 – Week 2 SQL Practice Worksheet</w:t>
        <w:br/>
        <w:t>Customer Orders Dataset</w:t>
      </w:r>
    </w:p>
    <w:p>
      <w:r>
        <w:t>Purpose of this worksheet:</w:t>
        <w:br/>
        <w:t>This worksheet is designed to help you practice thinking like a data professional.</w:t>
        <w:br/>
        <w:t>The goal is NOT to memorize SQL syntax, but to learn how to break down business questions</w:t>
        <w:br/>
        <w:t>and translate them into logical SQL queries.</w:t>
        <w:br/>
        <w:br/>
        <w:t>For each problem:</w:t>
        <w:br/>
        <w:t>1) Visualize what the output should look like</w:t>
        <w:br/>
        <w:t>2) Think through the solution step by step (in plain English)</w:t>
        <w:br/>
        <w:t>3) Translate your thinking into SQL</w:t>
        <w:br/>
        <w:br/>
        <w:t>Work with your partner. Talk through your thinking. Mistakes are expected.</w:t>
      </w:r>
    </w:p>
    <w:p>
      <w:pPr>
        <w:pStyle w:val="Heading2"/>
      </w:pPr>
      <w:r>
        <w:t>Problem 1</w:t>
      </w:r>
    </w:p>
    <w:p>
      <w:r>
        <w:t>Business Question:</w:t>
        <w:br/>
        <w:t>List all customers (name and email).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2</w:t>
      </w:r>
    </w:p>
    <w:p>
      <w:r>
        <w:t>Business Question:</w:t>
        <w:br/>
        <w:t>Show all CANCELLED orders.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3</w:t>
      </w:r>
    </w:p>
    <w:p>
      <w:r>
        <w:t>Business Question:</w:t>
        <w:br/>
        <w:t>Count how many orders exist for each order status.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4</w:t>
      </w:r>
    </w:p>
    <w:p>
      <w:r>
        <w:t>Business Question:</w:t>
        <w:br/>
        <w:t>Calculate the total dollar amount for each order.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5</w:t>
      </w:r>
    </w:p>
    <w:p>
      <w:r>
        <w:t>Business Question:</w:t>
        <w:br/>
        <w:t>Show each order along with the customer’s name.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6</w:t>
      </w:r>
    </w:p>
    <w:p>
      <w:r>
        <w:t>Business Question:</w:t>
        <w:br/>
        <w:t>Show customer names and order details using an INNER JOIN.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7</w:t>
      </w:r>
    </w:p>
    <w:p>
      <w:r>
        <w:t>Business Question:</w:t>
        <w:br/>
        <w:t>Find the top customers by total spending.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8</w:t>
      </w:r>
    </w:p>
    <w:p>
      <w:r>
        <w:t>Business Question:</w:t>
        <w:br/>
        <w:t>Find products that generate the most revenue.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9</w:t>
      </w:r>
    </w:p>
    <w:p>
      <w:r>
        <w:t>Business Question:</w:t>
        <w:br/>
        <w:t>Find customers who have never placed an order.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p>
      <w:pPr>
        <w:pStyle w:val="Heading2"/>
      </w:pPr>
      <w:r>
        <w:t>Problem 10</w:t>
      </w:r>
    </w:p>
    <w:p>
      <w:r>
        <w:t>Business Question:</w:t>
        <w:br/>
        <w:t>Find orders that are larger than the average order value.</w:t>
      </w:r>
    </w:p>
    <w:p>
      <w:r>
        <w:t>Who might use this information and why?</w:t>
        <w:br/>
        <w:br/>
      </w:r>
    </w:p>
    <w:p>
      <w:r>
        <w:t>1️⃣ Visualize the Output (What columns should appear?)</w:t>
        <w:br/>
        <w:br/>
      </w:r>
    </w:p>
    <w:p>
      <w:r>
        <w:t>2️⃣ Solve It by Hand (Step-by-step thinking, no SQL yet)</w:t>
        <w:br/>
        <w:br/>
      </w:r>
    </w:p>
    <w:p>
      <w:r>
        <w:t>3️⃣ Write the SQL Query</w:t>
        <w:br/>
        <w:br/>
      </w:r>
    </w:p>
    <w:p>
      <w:r>
        <w:t>SQL: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