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Planet Fitness SQL Practice – Student Worksheet</w:t>
      </w:r>
    </w:p>
    <w:p>
      <w:r>
        <w:t>Instructions:</w:t>
        <w:br/>
        <w:t>For each business question below:</w:t>
        <w:br/>
        <w:t>1) Visualize the output (what should each row and column represent?)</w:t>
        <w:br/>
        <w:t>2) Write the steps you would take to solve the problem by hand</w:t>
        <w:br/>
        <w:t>3) Translate those steps into SQL</w:t>
        <w:br/>
        <w:br/>
        <w:t>Think first. SQL second.</w:t>
      </w:r>
    </w:p>
    <w:p>
      <w:pPr>
        <w:pStyle w:val="Heading2"/>
      </w:pPr>
      <w:r>
        <w:t>Problem 1: Unified Member View (Implicit Join)</w:t>
      </w:r>
    </w:p>
    <w:p>
      <w:r>
        <w:t>Business Question:</w:t>
        <w:br/>
        <w:t>Show members with their membership type and home location.</w:t>
        <w:br/>
        <w:br/>
        <w:t>Visualize the Output:</w:t>
        <w:br/>
        <w:br/>
        <w:br/>
        <w:t>Solve by Hand (Steps):</w:t>
        <w:br/>
        <w:br/>
        <w:br/>
        <w:t>SQL Statement:</w:t>
        <w:br/>
        <w:br/>
      </w:r>
    </w:p>
    <w:p>
      <w:pPr>
        <w:pStyle w:val="Heading2"/>
      </w:pPr>
      <w:r>
        <w:t>Problem 2: Recent Check-Ins (JOIN)</w:t>
      </w:r>
    </w:p>
    <w:p>
      <w:r>
        <w:t>Business Question:</w:t>
        <w:br/>
        <w:t>Show the 10 most recent check-ins with member name, location, and flag status.</w:t>
        <w:br/>
        <w:br/>
        <w:t>Visualize the Output:</w:t>
        <w:br/>
        <w:br/>
        <w:br/>
        <w:t>Solve by Hand (Steps):</w:t>
        <w:br/>
        <w:br/>
        <w:br/>
        <w:t>SQL Statement:</w:t>
        <w:br/>
        <w:br/>
      </w:r>
    </w:p>
    <w:p>
      <w:pPr>
        <w:pStyle w:val="Heading2"/>
      </w:pPr>
      <w:r>
        <w:t>Problem 3: Location Activity (GROUP BY)</w:t>
      </w:r>
    </w:p>
    <w:p>
      <w:r>
        <w:t>Business Question:</w:t>
        <w:br/>
        <w:t>How many check-ins did each location have in the last 30 days?</w:t>
        <w:br/>
        <w:br/>
        <w:t>Visualize the Output:</w:t>
        <w:br/>
        <w:br/>
        <w:br/>
        <w:t>Solve by Hand (Steps):</w:t>
        <w:br/>
        <w:br/>
        <w:br/>
        <w:t>SQL Statement:</w:t>
        <w:br/>
        <w:br/>
      </w:r>
    </w:p>
    <w:p>
      <w:pPr>
        <w:pStyle w:val="Heading2"/>
      </w:pPr>
      <w:r>
        <w:t>Problem 4: Ghost Members (Subquery)</w:t>
      </w:r>
    </w:p>
    <w:p>
      <w:r>
        <w:t>Business Question:</w:t>
        <w:br/>
        <w:t>Which active members have not checked in during the last 90 days?</w:t>
        <w:br/>
        <w:br/>
        <w:t>Visualize the Output:</w:t>
        <w:br/>
        <w:br/>
        <w:br/>
        <w:t>Solve by Hand (Steps):</w:t>
        <w:br/>
        <w:br/>
        <w:br/>
        <w:t>SQL Statement:</w:t>
        <w:br/>
        <w:br/>
      </w:r>
    </w:p>
    <w:p>
      <w:pPr>
        <w:pStyle w:val="Heading2"/>
      </w:pPr>
      <w:r>
        <w:t>Problem 5: Guest Policy Check (Parameter SELECT)</w:t>
      </w:r>
    </w:p>
    <w:p>
      <w:r>
        <w:t>Business Question:</w:t>
        <w:br/>
        <w:t>Determine whether a guest is allowed to visit a location this month.</w:t>
        <w:br/>
        <w:br/>
        <w:t>Visualize the Output:</w:t>
        <w:br/>
        <w:br/>
        <w:br/>
        <w:t>Solve by Hand (Steps):</w:t>
        <w:br/>
        <w:br/>
        <w:br/>
        <w:t>SQL Statement:</w:t>
        <w:br/>
        <w:br/>
      </w:r>
    </w:p>
    <w:p>
      <w:pPr>
        <w:pStyle w:val="Heading2"/>
      </w:pPr>
      <w:r>
        <w:t>Problem 6: Account Status Update (Parameter UPDATE)</w:t>
      </w:r>
    </w:p>
    <w:p>
      <w:r>
        <w:t>Business Question:</w:t>
        <w:br/>
        <w:t>Freeze or reactivate a member account based on a support request.</w:t>
        <w:br/>
        <w:br/>
        <w:t>Visualize the Output:</w:t>
        <w:br/>
        <w:br/>
        <w:br/>
        <w:t>Solve by Hand (Steps):</w:t>
        <w:br/>
        <w:br/>
        <w:br/>
        <w:t>SQL Statement:</w:t>
        <w:br/>
        <w:br/>
      </w:r>
    </w:p>
    <w:p>
      <w:pPr>
        <w:pStyle w:val="Heading2"/>
      </w:pPr>
      <w:r>
        <w:t>Problem 7: Classic Members Using Non-Home Locations</w:t>
      </w:r>
    </w:p>
    <w:p>
      <w:r>
        <w:t>Business Question:</w:t>
        <w:br/>
        <w:t>Which Classic members are checking in at locations other than their home gym?</w:t>
        <w:br/>
        <w:br/>
        <w:t>Visualize the Output:</w:t>
        <w:br/>
        <w:br/>
        <w:br/>
        <w:t>Solve by Hand (Steps):</w:t>
        <w:br/>
        <w:br/>
        <w:br/>
        <w:t>SQL Statement:</w:t>
        <w:br/>
        <w:br/>
      </w:r>
    </w:p>
    <w:p>
      <w:pPr>
        <w:pStyle w:val="Heading2"/>
      </w:pPr>
      <w:r>
        <w:t>Problem 8: Guest Policy Abuse (Multiple Visits Across Members)</w:t>
      </w:r>
    </w:p>
    <w:p>
      <w:r>
        <w:t>Business Question:</w:t>
        <w:br/>
        <w:t>Which guests are visiting multiple times this month, possibly with different members?</w:t>
        <w:br/>
        <w:br/>
        <w:t>Visualize the Output:</w:t>
        <w:br/>
        <w:br/>
        <w:br/>
        <w:t>Solve by Hand (Steps):</w:t>
        <w:br/>
        <w:br/>
        <w:br/>
        <w:t>SQL Statement:</w:t>
        <w:br/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