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A5E88" w14:textId="77777777" w:rsidR="007E5A84" w:rsidRDefault="00000000">
      <w:pPr>
        <w:pStyle w:val="Heading1"/>
      </w:pPr>
      <w:r>
        <w:t>GMBA 612 – Week 2 In-Class Demo</w:t>
      </w:r>
      <w:r>
        <w:br/>
        <w:t>Oracle APEX: From Dataset to SQL</w:t>
      </w:r>
    </w:p>
    <w:p w14:paraId="6DC90BB3" w14:textId="21130E1A" w:rsidR="006B7642" w:rsidRDefault="006B7642" w:rsidP="006B7642">
      <w:pPr>
        <w:pStyle w:val="Heading1"/>
      </w:pPr>
      <w:r>
        <w:t>Practice Problems</w:t>
      </w:r>
    </w:p>
    <w:p w14:paraId="48D3C5B1" w14:textId="23EA4796" w:rsidR="006B7642" w:rsidRPr="006B7642" w:rsidRDefault="006B7642" w:rsidP="006B7642">
      <w:r w:rsidRPr="006B7642">
        <w:t xml:space="preserve">The </w:t>
      </w:r>
      <w:r w:rsidRPr="006B7642">
        <w:rPr>
          <w:b/>
          <w:bCs/>
        </w:rPr>
        <w:t>Customer Orders</w:t>
      </w:r>
      <w:r w:rsidRPr="006B7642">
        <w:t xml:space="preserve"> sample dataset is perfect for </w:t>
      </w:r>
      <w:proofErr w:type="gramStart"/>
      <w:r w:rsidRPr="006B7642">
        <w:t>a progression</w:t>
      </w:r>
      <w:proofErr w:type="gramEnd"/>
      <w:r w:rsidRPr="006B7642">
        <w:t xml:space="preserve"> like:</w:t>
      </w:r>
    </w:p>
    <w:p w14:paraId="7F53FE19" w14:textId="77777777" w:rsidR="006B7642" w:rsidRPr="006B7642" w:rsidRDefault="006B7642" w:rsidP="006B7642">
      <w:pPr>
        <w:numPr>
          <w:ilvl w:val="0"/>
          <w:numId w:val="10"/>
        </w:numPr>
      </w:pPr>
      <w:r w:rsidRPr="006B7642">
        <w:rPr>
          <w:b/>
          <w:bCs/>
        </w:rPr>
        <w:t>One table SELECT</w:t>
      </w:r>
      <w:r w:rsidRPr="006B7642">
        <w:t xml:space="preserve"> → 2) </w:t>
      </w:r>
      <w:r w:rsidRPr="006B7642">
        <w:rPr>
          <w:b/>
          <w:bCs/>
        </w:rPr>
        <w:t>filters + sorting</w:t>
      </w:r>
      <w:r w:rsidRPr="006B7642">
        <w:t xml:space="preserve"> → 3) </w:t>
      </w:r>
      <w:r w:rsidRPr="006B7642">
        <w:rPr>
          <w:b/>
          <w:bCs/>
        </w:rPr>
        <w:t>GROUP BY</w:t>
      </w:r>
      <w:r w:rsidRPr="006B7642">
        <w:t xml:space="preserve"> → 4) </w:t>
      </w:r>
      <w:r w:rsidRPr="006B7642">
        <w:rPr>
          <w:b/>
          <w:bCs/>
        </w:rPr>
        <w:t>JOINs (WHERE + ANSI)</w:t>
      </w:r>
      <w:r w:rsidRPr="006B7642">
        <w:t xml:space="preserve"> → 5) </w:t>
      </w:r>
      <w:r w:rsidRPr="006B7642">
        <w:rPr>
          <w:b/>
          <w:bCs/>
        </w:rPr>
        <w:t>JOIN types (LEFT)</w:t>
      </w:r>
      <w:r w:rsidRPr="006B7642">
        <w:t xml:space="preserve"> → 6) </w:t>
      </w:r>
      <w:r w:rsidRPr="006B7642">
        <w:rPr>
          <w:b/>
          <w:bCs/>
        </w:rPr>
        <w:t>simple subqueries</w:t>
      </w:r>
      <w:r w:rsidRPr="006B7642">
        <w:t xml:space="preserve"> → 7) </w:t>
      </w:r>
      <w:r w:rsidRPr="006B7642">
        <w:rPr>
          <w:b/>
          <w:bCs/>
        </w:rPr>
        <w:t>“mini business dashboard” queries</w:t>
      </w:r>
    </w:p>
    <w:p w14:paraId="54480D60" w14:textId="77777777" w:rsidR="006B7642" w:rsidRPr="006B7642" w:rsidRDefault="006B7642" w:rsidP="006B7642">
      <w:r w:rsidRPr="006B7642">
        <w:t xml:space="preserve">Below is a </w:t>
      </w:r>
      <w:r w:rsidRPr="006B7642">
        <w:rPr>
          <w:b/>
          <w:bCs/>
        </w:rPr>
        <w:t>ready-to-use SQL practice set</w:t>
      </w:r>
      <w:r w:rsidRPr="006B7642">
        <w:t xml:space="preserve"> (10 problems) based on these tables:</w:t>
      </w:r>
    </w:p>
    <w:p w14:paraId="6B36054C" w14:textId="77777777" w:rsidR="006B7642" w:rsidRPr="006B7642" w:rsidRDefault="006B7642" w:rsidP="006B7642">
      <w:pPr>
        <w:numPr>
          <w:ilvl w:val="0"/>
          <w:numId w:val="11"/>
        </w:numPr>
      </w:pPr>
      <w:proofErr w:type="gramStart"/>
      <w:r w:rsidRPr="006B7642">
        <w:rPr>
          <w:b/>
          <w:bCs/>
        </w:rPr>
        <w:t>CUSTOMERS</w:t>
      </w:r>
      <w:r w:rsidRPr="006B7642">
        <w:t>(</w:t>
      </w:r>
      <w:proofErr w:type="spellStart"/>
      <w:proofErr w:type="gramEnd"/>
      <w:r w:rsidRPr="006B7642">
        <w:t>customer_id</w:t>
      </w:r>
      <w:proofErr w:type="spellEnd"/>
      <w:r w:rsidRPr="006B7642">
        <w:t xml:space="preserve">, </w:t>
      </w:r>
      <w:proofErr w:type="spellStart"/>
      <w:r w:rsidRPr="006B7642">
        <w:t>full_name</w:t>
      </w:r>
      <w:proofErr w:type="spellEnd"/>
      <w:r w:rsidRPr="006B7642">
        <w:t xml:space="preserve">, </w:t>
      </w:r>
      <w:proofErr w:type="spellStart"/>
      <w:r w:rsidRPr="006B7642">
        <w:t>email_address</w:t>
      </w:r>
      <w:proofErr w:type="spellEnd"/>
      <w:r w:rsidRPr="006B7642">
        <w:t>)</w:t>
      </w:r>
    </w:p>
    <w:p w14:paraId="12762441" w14:textId="77777777" w:rsidR="006B7642" w:rsidRPr="006B7642" w:rsidRDefault="006B7642" w:rsidP="006B7642">
      <w:pPr>
        <w:numPr>
          <w:ilvl w:val="0"/>
          <w:numId w:val="11"/>
        </w:numPr>
      </w:pPr>
      <w:proofErr w:type="gramStart"/>
      <w:r w:rsidRPr="006B7642">
        <w:rPr>
          <w:b/>
          <w:bCs/>
        </w:rPr>
        <w:t>ORDERS</w:t>
      </w:r>
      <w:r w:rsidRPr="006B7642">
        <w:t>(</w:t>
      </w:r>
      <w:proofErr w:type="spellStart"/>
      <w:proofErr w:type="gramEnd"/>
      <w:r w:rsidRPr="006B7642">
        <w:t>order_id</w:t>
      </w:r>
      <w:proofErr w:type="spellEnd"/>
      <w:r w:rsidRPr="006B7642">
        <w:t xml:space="preserve">, </w:t>
      </w:r>
      <w:proofErr w:type="spellStart"/>
      <w:r w:rsidRPr="006B7642">
        <w:t>order_datetime</w:t>
      </w:r>
      <w:proofErr w:type="spellEnd"/>
      <w:r w:rsidRPr="006B7642">
        <w:t xml:space="preserve">, </w:t>
      </w:r>
      <w:proofErr w:type="spellStart"/>
      <w:r w:rsidRPr="006B7642">
        <w:t>customer_id</w:t>
      </w:r>
      <w:proofErr w:type="spellEnd"/>
      <w:r w:rsidRPr="006B7642">
        <w:t xml:space="preserve">, </w:t>
      </w:r>
      <w:proofErr w:type="spellStart"/>
      <w:r w:rsidRPr="006B7642">
        <w:t>order_status</w:t>
      </w:r>
      <w:proofErr w:type="spellEnd"/>
      <w:r w:rsidRPr="006B7642">
        <w:t xml:space="preserve">, </w:t>
      </w:r>
      <w:proofErr w:type="spellStart"/>
      <w:r w:rsidRPr="006B7642">
        <w:t>store_id</w:t>
      </w:r>
      <w:proofErr w:type="spellEnd"/>
      <w:r w:rsidRPr="006B7642">
        <w:t>)</w:t>
      </w:r>
    </w:p>
    <w:p w14:paraId="59599DF7" w14:textId="77777777" w:rsidR="006B7642" w:rsidRPr="006B7642" w:rsidRDefault="006B7642" w:rsidP="006B7642">
      <w:pPr>
        <w:numPr>
          <w:ilvl w:val="0"/>
          <w:numId w:val="11"/>
        </w:numPr>
      </w:pPr>
      <w:r w:rsidRPr="006B7642">
        <w:rPr>
          <w:b/>
          <w:bCs/>
        </w:rPr>
        <w:t>ORDER_</w:t>
      </w:r>
      <w:proofErr w:type="gramStart"/>
      <w:r w:rsidRPr="006B7642">
        <w:rPr>
          <w:b/>
          <w:bCs/>
        </w:rPr>
        <w:t>ITEMS</w:t>
      </w:r>
      <w:r w:rsidRPr="006B7642">
        <w:t>(</w:t>
      </w:r>
      <w:proofErr w:type="spellStart"/>
      <w:proofErr w:type="gramEnd"/>
      <w:r w:rsidRPr="006B7642">
        <w:t>order_id</w:t>
      </w:r>
      <w:proofErr w:type="spellEnd"/>
      <w:r w:rsidRPr="006B7642">
        <w:t xml:space="preserve">, </w:t>
      </w:r>
      <w:proofErr w:type="spellStart"/>
      <w:r w:rsidRPr="006B7642">
        <w:t>line_item_id</w:t>
      </w:r>
      <w:proofErr w:type="spellEnd"/>
      <w:r w:rsidRPr="006B7642">
        <w:t xml:space="preserve">, </w:t>
      </w:r>
      <w:proofErr w:type="spellStart"/>
      <w:r w:rsidRPr="006B7642">
        <w:t>product_id</w:t>
      </w:r>
      <w:proofErr w:type="spellEnd"/>
      <w:r w:rsidRPr="006B7642">
        <w:t xml:space="preserve">, </w:t>
      </w:r>
      <w:proofErr w:type="spellStart"/>
      <w:r w:rsidRPr="006B7642">
        <w:t>unit_price</w:t>
      </w:r>
      <w:proofErr w:type="spellEnd"/>
      <w:r w:rsidRPr="006B7642">
        <w:t>, quantity)</w:t>
      </w:r>
    </w:p>
    <w:p w14:paraId="5E0DEA17" w14:textId="77777777" w:rsidR="006B7642" w:rsidRPr="006B7642" w:rsidRDefault="006B7642" w:rsidP="006B7642">
      <w:pPr>
        <w:numPr>
          <w:ilvl w:val="0"/>
          <w:numId w:val="11"/>
        </w:numPr>
      </w:pPr>
      <w:proofErr w:type="gramStart"/>
      <w:r w:rsidRPr="006B7642">
        <w:rPr>
          <w:b/>
          <w:bCs/>
        </w:rPr>
        <w:t>PRODUCTS</w:t>
      </w:r>
      <w:r w:rsidRPr="006B7642">
        <w:t>(</w:t>
      </w:r>
      <w:proofErr w:type="spellStart"/>
      <w:proofErr w:type="gramEnd"/>
      <w:r w:rsidRPr="006B7642">
        <w:t>product_id</w:t>
      </w:r>
      <w:proofErr w:type="spellEnd"/>
      <w:r w:rsidRPr="006B7642">
        <w:t xml:space="preserve">, </w:t>
      </w:r>
      <w:proofErr w:type="spellStart"/>
      <w:r w:rsidRPr="006B7642">
        <w:t>product_name</w:t>
      </w:r>
      <w:proofErr w:type="spellEnd"/>
      <w:r w:rsidRPr="006B7642">
        <w:t xml:space="preserve">, </w:t>
      </w:r>
      <w:proofErr w:type="spellStart"/>
      <w:r w:rsidRPr="006B7642">
        <w:t>unit_price</w:t>
      </w:r>
      <w:proofErr w:type="spellEnd"/>
      <w:r w:rsidRPr="006B7642">
        <w:t>, …)</w:t>
      </w:r>
    </w:p>
    <w:p w14:paraId="56DA5AA2" w14:textId="77777777" w:rsidR="006B7642" w:rsidRPr="006B7642" w:rsidRDefault="006B7642" w:rsidP="006B7642">
      <w:pPr>
        <w:numPr>
          <w:ilvl w:val="0"/>
          <w:numId w:val="11"/>
        </w:numPr>
      </w:pPr>
      <w:proofErr w:type="gramStart"/>
      <w:r w:rsidRPr="006B7642">
        <w:rPr>
          <w:b/>
          <w:bCs/>
        </w:rPr>
        <w:t>STORES</w:t>
      </w:r>
      <w:r w:rsidRPr="006B7642">
        <w:t>(</w:t>
      </w:r>
      <w:proofErr w:type="spellStart"/>
      <w:proofErr w:type="gramEnd"/>
      <w:r w:rsidRPr="006B7642">
        <w:t>store_id</w:t>
      </w:r>
      <w:proofErr w:type="spellEnd"/>
      <w:r w:rsidRPr="006B7642">
        <w:t xml:space="preserve">, </w:t>
      </w:r>
      <w:proofErr w:type="spellStart"/>
      <w:r w:rsidRPr="006B7642">
        <w:t>store_name</w:t>
      </w:r>
      <w:proofErr w:type="spellEnd"/>
      <w:r w:rsidRPr="006B7642">
        <w:t>, …)</w:t>
      </w:r>
    </w:p>
    <w:p w14:paraId="11D3D05F" w14:textId="77777777" w:rsidR="006B7642" w:rsidRPr="006B7642" w:rsidRDefault="006B7642" w:rsidP="006B7642">
      <w:r w:rsidRPr="006B7642">
        <w:t xml:space="preserve">For each problem, I </w:t>
      </w:r>
      <w:proofErr w:type="gramStart"/>
      <w:r w:rsidRPr="006B7642">
        <w:t>give</w:t>
      </w:r>
      <w:proofErr w:type="gramEnd"/>
      <w:r w:rsidRPr="006B7642">
        <w:t xml:space="preserve"> you:</w:t>
      </w:r>
    </w:p>
    <w:p w14:paraId="05ED85FC" w14:textId="77777777" w:rsidR="006B7642" w:rsidRPr="006B7642" w:rsidRDefault="006B7642" w:rsidP="006B7642">
      <w:pPr>
        <w:numPr>
          <w:ilvl w:val="0"/>
          <w:numId w:val="12"/>
        </w:numPr>
      </w:pPr>
      <w:r w:rsidRPr="006B7642">
        <w:rPr>
          <w:b/>
          <w:bCs/>
        </w:rPr>
        <w:t>Business question + who uses it + why</w:t>
      </w:r>
    </w:p>
    <w:p w14:paraId="0439D43D" w14:textId="77777777" w:rsidR="006B7642" w:rsidRPr="006B7642" w:rsidRDefault="006B7642" w:rsidP="006B7642">
      <w:pPr>
        <w:numPr>
          <w:ilvl w:val="0"/>
          <w:numId w:val="12"/>
        </w:numPr>
      </w:pPr>
      <w:r w:rsidRPr="006B7642">
        <w:rPr>
          <w:b/>
          <w:bCs/>
        </w:rPr>
        <w:t>How to solve</w:t>
      </w:r>
    </w:p>
    <w:p w14:paraId="398FEAC6" w14:textId="77777777" w:rsidR="006B7642" w:rsidRPr="006B7642" w:rsidRDefault="006B7642" w:rsidP="006B7642">
      <w:pPr>
        <w:numPr>
          <w:ilvl w:val="1"/>
          <w:numId w:val="12"/>
        </w:numPr>
      </w:pPr>
      <w:r w:rsidRPr="006B7642">
        <w:t>visualize output</w:t>
      </w:r>
    </w:p>
    <w:p w14:paraId="612E73C3" w14:textId="77777777" w:rsidR="006B7642" w:rsidRPr="006B7642" w:rsidRDefault="006B7642" w:rsidP="006B7642">
      <w:pPr>
        <w:numPr>
          <w:ilvl w:val="1"/>
          <w:numId w:val="12"/>
        </w:numPr>
      </w:pPr>
      <w:r w:rsidRPr="006B7642">
        <w:t>solve by hand (step-by-step thinking)</w:t>
      </w:r>
    </w:p>
    <w:p w14:paraId="4E1BE4C5" w14:textId="77777777" w:rsidR="006B7642" w:rsidRPr="006B7642" w:rsidRDefault="006B7642" w:rsidP="006B7642">
      <w:pPr>
        <w:numPr>
          <w:ilvl w:val="1"/>
          <w:numId w:val="12"/>
        </w:numPr>
      </w:pPr>
      <w:proofErr w:type="gramStart"/>
      <w:r w:rsidRPr="006B7642">
        <w:t>translate</w:t>
      </w:r>
      <w:proofErr w:type="gramEnd"/>
      <w:r w:rsidRPr="006B7642">
        <w:t xml:space="preserve"> to SQL</w:t>
      </w:r>
    </w:p>
    <w:p w14:paraId="1F2426BF" w14:textId="77777777" w:rsidR="006B7642" w:rsidRPr="006B7642" w:rsidRDefault="006B7642" w:rsidP="006B7642">
      <w:pPr>
        <w:numPr>
          <w:ilvl w:val="0"/>
          <w:numId w:val="12"/>
        </w:numPr>
      </w:pPr>
      <w:r w:rsidRPr="006B7642">
        <w:rPr>
          <w:b/>
          <w:bCs/>
        </w:rPr>
        <w:t>Answer SQL</w:t>
      </w:r>
    </w:p>
    <w:p w14:paraId="48EF244F" w14:textId="77777777" w:rsidR="006B7642" w:rsidRPr="006B7642" w:rsidRDefault="006B7642" w:rsidP="006B7642">
      <w:pPr>
        <w:pStyle w:val="Heading2"/>
      </w:pPr>
      <w:r w:rsidRPr="006B7642">
        <w:t>Notes for Oracle APEX:</w:t>
      </w:r>
    </w:p>
    <w:p w14:paraId="1950CA03" w14:textId="77777777" w:rsidR="006B7642" w:rsidRPr="006B7642" w:rsidRDefault="006B7642" w:rsidP="006B7642">
      <w:pPr>
        <w:numPr>
          <w:ilvl w:val="0"/>
          <w:numId w:val="13"/>
        </w:numPr>
      </w:pPr>
      <w:r w:rsidRPr="006B7642">
        <w:t xml:space="preserve">If ORDER_DATETIME is a TIMESTAMP, </w:t>
      </w:r>
      <w:proofErr w:type="gramStart"/>
      <w:r w:rsidRPr="006B7642">
        <w:t>TRUNC(</w:t>
      </w:r>
      <w:proofErr w:type="spellStart"/>
      <w:proofErr w:type="gramEnd"/>
      <w:r w:rsidRPr="006B7642">
        <w:t>order_datetime</w:t>
      </w:r>
      <w:proofErr w:type="spellEnd"/>
      <w:r w:rsidRPr="006B7642">
        <w:t>) works great for “by day.”</w:t>
      </w:r>
    </w:p>
    <w:p w14:paraId="4B628A5D" w14:textId="77777777" w:rsidR="006B7642" w:rsidRPr="006B7642" w:rsidRDefault="006B7642" w:rsidP="006B7642">
      <w:pPr>
        <w:numPr>
          <w:ilvl w:val="0"/>
          <w:numId w:val="13"/>
        </w:numPr>
      </w:pPr>
      <w:r w:rsidRPr="006B7642">
        <w:t>If your class hasn’t learned dates yet, you can skip the date filters and just use ORDER_ID-based queries.</w:t>
      </w:r>
    </w:p>
    <w:p w14:paraId="1E62F13F" w14:textId="77777777" w:rsidR="006B7642" w:rsidRPr="006B7642" w:rsidRDefault="00000000" w:rsidP="006B7642">
      <w:r>
        <w:pict w14:anchorId="67B577F4">
          <v:rect id="_x0000_i1025" style="width:0;height:1.5pt" o:hralign="center" o:hrstd="t" o:hr="t" fillcolor="#a0a0a0" stroked="f"/>
        </w:pict>
      </w:r>
    </w:p>
    <w:p w14:paraId="54CDC119" w14:textId="77777777" w:rsidR="006B7642" w:rsidRPr="006B7642" w:rsidRDefault="006B7642" w:rsidP="006B7642">
      <w:pPr>
        <w:pStyle w:val="Heading2"/>
      </w:pPr>
      <w:r w:rsidRPr="006B7642">
        <w:lastRenderedPageBreak/>
        <w:t>Problem 1 — “Show me the customers”</w:t>
      </w:r>
    </w:p>
    <w:p w14:paraId="7475B34C" w14:textId="77777777" w:rsidR="006B7642" w:rsidRPr="006B7642" w:rsidRDefault="006B7642" w:rsidP="006B7642">
      <w:r w:rsidRPr="006B7642">
        <w:rPr>
          <w:b/>
          <w:bCs/>
        </w:rPr>
        <w:t>Business question:</w:t>
      </w:r>
      <w:r w:rsidRPr="006B7642">
        <w:t xml:space="preserve"> “List all customers (name + email).”</w:t>
      </w:r>
      <w:r w:rsidRPr="006B7642">
        <w:br/>
      </w:r>
      <w:r w:rsidRPr="006B7642">
        <w:rPr>
          <w:b/>
          <w:bCs/>
        </w:rPr>
        <w:t>Who uses it / why:</w:t>
      </w:r>
      <w:r w:rsidRPr="006B7642">
        <w:t xml:space="preserve"> Customer support or marketing needs a directory/contact list.</w:t>
      </w:r>
    </w:p>
    <w:p w14:paraId="626C54EE" w14:textId="77777777" w:rsidR="006B7642" w:rsidRPr="006B7642" w:rsidRDefault="006B7642" w:rsidP="006B7642">
      <w:pPr>
        <w:rPr>
          <w:b/>
          <w:bCs/>
        </w:rPr>
      </w:pPr>
      <w:r w:rsidRPr="006B7642">
        <w:rPr>
          <w:b/>
          <w:bCs/>
        </w:rPr>
        <w:t>How to solve</w:t>
      </w:r>
    </w:p>
    <w:p w14:paraId="71032512" w14:textId="77777777" w:rsidR="006B7642" w:rsidRPr="006B7642" w:rsidRDefault="006B7642" w:rsidP="006B7642">
      <w:pPr>
        <w:numPr>
          <w:ilvl w:val="0"/>
          <w:numId w:val="14"/>
        </w:numPr>
      </w:pPr>
      <w:r w:rsidRPr="006B7642">
        <w:rPr>
          <w:b/>
          <w:bCs/>
        </w:rPr>
        <w:t>Visualize output:</w:t>
      </w:r>
      <w:r w:rsidRPr="006B7642">
        <w:t xml:space="preserve"> 2 columns: FULL_NAME, EMAIL_ADDRESS (maybe sorted).</w:t>
      </w:r>
    </w:p>
    <w:p w14:paraId="20B211FC" w14:textId="77777777" w:rsidR="006B7642" w:rsidRPr="006B7642" w:rsidRDefault="006B7642" w:rsidP="006B7642">
      <w:pPr>
        <w:numPr>
          <w:ilvl w:val="0"/>
          <w:numId w:val="14"/>
        </w:numPr>
      </w:pPr>
      <w:r w:rsidRPr="006B7642">
        <w:rPr>
          <w:b/>
          <w:bCs/>
        </w:rPr>
        <w:t>By hand:</w:t>
      </w:r>
      <w:r w:rsidRPr="006B7642">
        <w:t xml:space="preserve"> We just need rows from CUSTOMERS.</w:t>
      </w:r>
    </w:p>
    <w:p w14:paraId="6A68C07E" w14:textId="77777777" w:rsidR="006B7642" w:rsidRPr="006B7642" w:rsidRDefault="006B7642" w:rsidP="006B7642">
      <w:pPr>
        <w:numPr>
          <w:ilvl w:val="0"/>
          <w:numId w:val="14"/>
        </w:numPr>
      </w:pPr>
      <w:r w:rsidRPr="006B7642">
        <w:rPr>
          <w:b/>
          <w:bCs/>
        </w:rPr>
        <w:t>SQL translation:</w:t>
      </w:r>
      <w:r w:rsidRPr="006B7642">
        <w:t xml:space="preserve"> SELECT columns FROM customers ORDER BY name.</w:t>
      </w:r>
    </w:p>
    <w:p w14:paraId="4FAD9AB5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SELECT</w:t>
      </w:r>
    </w:p>
    <w:p w14:paraId="5214F209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full_name</w:t>
      </w:r>
      <w:proofErr w:type="spellEnd"/>
      <w:r w:rsidRPr="006B7642">
        <w:t>,</w:t>
      </w:r>
    </w:p>
    <w:p w14:paraId="08962CC6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email_address</w:t>
      </w:r>
      <w:proofErr w:type="spellEnd"/>
    </w:p>
    <w:p w14:paraId="044051D2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FROM customers</w:t>
      </w:r>
    </w:p>
    <w:p w14:paraId="328F8702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ORDER BY </w:t>
      </w:r>
      <w:proofErr w:type="spellStart"/>
      <w:r w:rsidRPr="006B7642">
        <w:t>full_</w:t>
      </w:r>
      <w:proofErr w:type="gramStart"/>
      <w:r w:rsidRPr="006B7642">
        <w:t>name</w:t>
      </w:r>
      <w:proofErr w:type="spellEnd"/>
      <w:r w:rsidRPr="006B7642">
        <w:t>;</w:t>
      </w:r>
      <w:proofErr w:type="gramEnd"/>
    </w:p>
    <w:p w14:paraId="473B2786" w14:textId="77777777" w:rsidR="006B7642" w:rsidRPr="006B7642" w:rsidRDefault="00000000" w:rsidP="006B7642">
      <w:r>
        <w:pict w14:anchorId="37C7B8F6">
          <v:rect id="_x0000_i1026" style="width:0;height:1.5pt" o:hralign="center" o:hrstd="t" o:hr="t" fillcolor="#a0a0a0" stroked="f"/>
        </w:pict>
      </w:r>
    </w:p>
    <w:p w14:paraId="43682AAD" w14:textId="77777777" w:rsidR="006B7642" w:rsidRPr="006B7642" w:rsidRDefault="006B7642" w:rsidP="006B7642">
      <w:pPr>
        <w:pStyle w:val="Heading2"/>
      </w:pPr>
      <w:r w:rsidRPr="006B7642">
        <w:t>Problem 2 — “Which orders are cancelled?”</w:t>
      </w:r>
    </w:p>
    <w:p w14:paraId="0E3A1760" w14:textId="77777777" w:rsidR="006B7642" w:rsidRPr="006B7642" w:rsidRDefault="006B7642" w:rsidP="006B7642">
      <w:r w:rsidRPr="006B7642">
        <w:rPr>
          <w:b/>
          <w:bCs/>
        </w:rPr>
        <w:t>Business question:</w:t>
      </w:r>
      <w:r w:rsidRPr="006B7642">
        <w:t xml:space="preserve"> “Show all CANCELLED orders, newest first.”</w:t>
      </w:r>
      <w:r w:rsidRPr="006B7642">
        <w:br/>
      </w:r>
      <w:r w:rsidRPr="006B7642">
        <w:rPr>
          <w:b/>
          <w:bCs/>
        </w:rPr>
        <w:t>Who uses it / why:</w:t>
      </w:r>
      <w:r w:rsidRPr="006B7642">
        <w:t xml:space="preserve"> Operations manager investigates cancellations.</w:t>
      </w:r>
    </w:p>
    <w:p w14:paraId="659F8042" w14:textId="77777777" w:rsidR="006B7642" w:rsidRPr="006B7642" w:rsidRDefault="006B7642" w:rsidP="006B7642">
      <w:pPr>
        <w:rPr>
          <w:b/>
          <w:bCs/>
        </w:rPr>
      </w:pPr>
      <w:r w:rsidRPr="006B7642">
        <w:rPr>
          <w:b/>
          <w:bCs/>
        </w:rPr>
        <w:t>How to solve</w:t>
      </w:r>
    </w:p>
    <w:p w14:paraId="330861A2" w14:textId="77777777" w:rsidR="006B7642" w:rsidRPr="006B7642" w:rsidRDefault="006B7642" w:rsidP="006B7642">
      <w:pPr>
        <w:numPr>
          <w:ilvl w:val="0"/>
          <w:numId w:val="15"/>
        </w:numPr>
      </w:pPr>
      <w:r w:rsidRPr="006B7642">
        <w:rPr>
          <w:b/>
          <w:bCs/>
        </w:rPr>
        <w:t>Visualize output:</w:t>
      </w:r>
      <w:r w:rsidRPr="006B7642">
        <w:t xml:space="preserve"> </w:t>
      </w:r>
      <w:proofErr w:type="spellStart"/>
      <w:r w:rsidRPr="006B7642">
        <w:t>order_id</w:t>
      </w:r>
      <w:proofErr w:type="spellEnd"/>
      <w:r w:rsidRPr="006B7642">
        <w:t xml:space="preserve">, </w:t>
      </w:r>
      <w:proofErr w:type="spellStart"/>
      <w:r w:rsidRPr="006B7642">
        <w:t>order_datetime</w:t>
      </w:r>
      <w:proofErr w:type="spellEnd"/>
      <w:r w:rsidRPr="006B7642">
        <w:t xml:space="preserve">, </w:t>
      </w:r>
      <w:proofErr w:type="spellStart"/>
      <w:r w:rsidRPr="006B7642">
        <w:t>customer_id</w:t>
      </w:r>
      <w:proofErr w:type="spellEnd"/>
      <w:r w:rsidRPr="006B7642">
        <w:t xml:space="preserve">, </w:t>
      </w:r>
      <w:proofErr w:type="spellStart"/>
      <w:r w:rsidRPr="006B7642">
        <w:t>store_id</w:t>
      </w:r>
      <w:proofErr w:type="spellEnd"/>
    </w:p>
    <w:p w14:paraId="63964EC7" w14:textId="77777777" w:rsidR="006B7642" w:rsidRPr="006B7642" w:rsidRDefault="006B7642" w:rsidP="006B7642">
      <w:pPr>
        <w:numPr>
          <w:ilvl w:val="0"/>
          <w:numId w:val="15"/>
        </w:numPr>
      </w:pPr>
      <w:r w:rsidRPr="006B7642">
        <w:rPr>
          <w:b/>
          <w:bCs/>
        </w:rPr>
        <w:t>By hand:</w:t>
      </w:r>
      <w:r w:rsidRPr="006B7642">
        <w:t xml:space="preserve"> Filter ORDERS where ORDER_STATUS = 'CANCELLED', sort by date desc.</w:t>
      </w:r>
    </w:p>
    <w:p w14:paraId="18591AB6" w14:textId="77777777" w:rsidR="006B7642" w:rsidRPr="006B7642" w:rsidRDefault="006B7642" w:rsidP="006B7642">
      <w:pPr>
        <w:numPr>
          <w:ilvl w:val="0"/>
          <w:numId w:val="15"/>
        </w:numPr>
      </w:pPr>
      <w:r w:rsidRPr="006B7642">
        <w:rPr>
          <w:b/>
          <w:bCs/>
        </w:rPr>
        <w:t>SQL translation:</w:t>
      </w:r>
      <w:r w:rsidRPr="006B7642">
        <w:t xml:space="preserve"> WHERE + ORDER BY DESC.</w:t>
      </w:r>
    </w:p>
    <w:p w14:paraId="2D62799B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SELECT</w:t>
      </w:r>
    </w:p>
    <w:p w14:paraId="35DFFFB5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order_id</w:t>
      </w:r>
      <w:proofErr w:type="spellEnd"/>
      <w:r w:rsidRPr="006B7642">
        <w:t>,</w:t>
      </w:r>
    </w:p>
    <w:p w14:paraId="6D6198C5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order_datetime</w:t>
      </w:r>
      <w:proofErr w:type="spellEnd"/>
      <w:r w:rsidRPr="006B7642">
        <w:t>,</w:t>
      </w:r>
    </w:p>
    <w:p w14:paraId="542EAB7C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customer_id</w:t>
      </w:r>
      <w:proofErr w:type="spellEnd"/>
      <w:r w:rsidRPr="006B7642">
        <w:t>,</w:t>
      </w:r>
    </w:p>
    <w:p w14:paraId="1D759FDF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store_id</w:t>
      </w:r>
      <w:proofErr w:type="spellEnd"/>
    </w:p>
    <w:p w14:paraId="4482F019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FROM orders</w:t>
      </w:r>
    </w:p>
    <w:p w14:paraId="6E41D0DC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WHERE </w:t>
      </w:r>
      <w:proofErr w:type="spellStart"/>
      <w:r w:rsidRPr="006B7642">
        <w:t>order_status</w:t>
      </w:r>
      <w:proofErr w:type="spellEnd"/>
      <w:r w:rsidRPr="006B7642">
        <w:t xml:space="preserve"> = 'CANCELLED'</w:t>
      </w:r>
    </w:p>
    <w:p w14:paraId="6DF689B2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lastRenderedPageBreak/>
        <w:t xml:space="preserve">ORDER BY </w:t>
      </w:r>
      <w:proofErr w:type="spellStart"/>
      <w:r w:rsidRPr="006B7642">
        <w:t>order_datetime</w:t>
      </w:r>
      <w:proofErr w:type="spellEnd"/>
      <w:r w:rsidRPr="006B7642">
        <w:t xml:space="preserve"> </w:t>
      </w:r>
      <w:proofErr w:type="gramStart"/>
      <w:r w:rsidRPr="006B7642">
        <w:t>DESC;</w:t>
      </w:r>
      <w:proofErr w:type="gramEnd"/>
    </w:p>
    <w:p w14:paraId="260D6295" w14:textId="77777777" w:rsidR="006B7642" w:rsidRPr="006B7642" w:rsidRDefault="00000000" w:rsidP="006B7642">
      <w:r>
        <w:pict w14:anchorId="040F8FBC">
          <v:rect id="_x0000_i1027" style="width:0;height:1.5pt" o:hralign="center" o:hrstd="t" o:hr="t" fillcolor="#a0a0a0" stroked="f"/>
        </w:pict>
      </w:r>
    </w:p>
    <w:p w14:paraId="6A8BBDC7" w14:textId="77777777" w:rsidR="006B7642" w:rsidRPr="006B7642" w:rsidRDefault="006B7642" w:rsidP="006B7642">
      <w:pPr>
        <w:pStyle w:val="Heading2"/>
      </w:pPr>
      <w:r w:rsidRPr="006B7642">
        <w:t>Problem 3 — “How many orders per status?”</w:t>
      </w:r>
    </w:p>
    <w:p w14:paraId="0DFC585B" w14:textId="77777777" w:rsidR="006B7642" w:rsidRPr="006B7642" w:rsidRDefault="006B7642" w:rsidP="006B7642">
      <w:r w:rsidRPr="006B7642">
        <w:rPr>
          <w:b/>
          <w:bCs/>
        </w:rPr>
        <w:t>Business question:</w:t>
      </w:r>
      <w:r w:rsidRPr="006B7642">
        <w:t xml:space="preserve"> “How many orders are COMPLETE vs CANCELLED?”</w:t>
      </w:r>
      <w:r w:rsidRPr="006B7642">
        <w:br/>
      </w:r>
      <w:r w:rsidRPr="006B7642">
        <w:rPr>
          <w:b/>
          <w:bCs/>
        </w:rPr>
        <w:t>Who uses it / why:</w:t>
      </w:r>
      <w:r w:rsidRPr="006B7642">
        <w:t xml:space="preserve"> Leadership tracks fulfillment health.</w:t>
      </w:r>
    </w:p>
    <w:p w14:paraId="24D66577" w14:textId="77777777" w:rsidR="006B7642" w:rsidRPr="006B7642" w:rsidRDefault="006B7642" w:rsidP="006B7642">
      <w:pPr>
        <w:rPr>
          <w:b/>
          <w:bCs/>
        </w:rPr>
      </w:pPr>
      <w:r w:rsidRPr="006B7642">
        <w:rPr>
          <w:b/>
          <w:bCs/>
        </w:rPr>
        <w:t>How to solve</w:t>
      </w:r>
    </w:p>
    <w:p w14:paraId="4FFF47DE" w14:textId="77777777" w:rsidR="006B7642" w:rsidRPr="006B7642" w:rsidRDefault="006B7642" w:rsidP="006B7642">
      <w:pPr>
        <w:numPr>
          <w:ilvl w:val="0"/>
          <w:numId w:val="16"/>
        </w:numPr>
      </w:pPr>
      <w:r w:rsidRPr="006B7642">
        <w:rPr>
          <w:b/>
          <w:bCs/>
        </w:rPr>
        <w:t>Visualize output:</w:t>
      </w:r>
      <w:r w:rsidRPr="006B7642">
        <w:t xml:space="preserve"> ORDER_STATUS | ORDER_COUNT</w:t>
      </w:r>
    </w:p>
    <w:p w14:paraId="0F74EDFD" w14:textId="77777777" w:rsidR="006B7642" w:rsidRPr="006B7642" w:rsidRDefault="006B7642" w:rsidP="006B7642">
      <w:pPr>
        <w:numPr>
          <w:ilvl w:val="0"/>
          <w:numId w:val="16"/>
        </w:numPr>
      </w:pPr>
      <w:r w:rsidRPr="006B7642">
        <w:rPr>
          <w:b/>
          <w:bCs/>
        </w:rPr>
        <w:t>By hand:</w:t>
      </w:r>
      <w:r w:rsidRPr="006B7642">
        <w:t xml:space="preserve"> Group orders by status, count rows.</w:t>
      </w:r>
    </w:p>
    <w:p w14:paraId="13DAAA53" w14:textId="77777777" w:rsidR="006B7642" w:rsidRPr="006B7642" w:rsidRDefault="006B7642" w:rsidP="006B7642">
      <w:pPr>
        <w:numPr>
          <w:ilvl w:val="0"/>
          <w:numId w:val="16"/>
        </w:numPr>
      </w:pPr>
      <w:r w:rsidRPr="006B7642">
        <w:rPr>
          <w:b/>
          <w:bCs/>
        </w:rPr>
        <w:t>SQL translation:</w:t>
      </w:r>
      <w:r w:rsidRPr="006B7642">
        <w:t xml:space="preserve"> GROUP BY + </w:t>
      </w:r>
      <w:proofErr w:type="gramStart"/>
      <w:r w:rsidRPr="006B7642">
        <w:t>COUNT(</w:t>
      </w:r>
      <w:proofErr w:type="gramEnd"/>
      <w:r w:rsidRPr="006B7642">
        <w:t>*).</w:t>
      </w:r>
    </w:p>
    <w:p w14:paraId="46C4FA75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SELECT</w:t>
      </w:r>
    </w:p>
    <w:p w14:paraId="0DC93F36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order_status</w:t>
      </w:r>
      <w:proofErr w:type="spellEnd"/>
      <w:r w:rsidRPr="006B7642">
        <w:t>,</w:t>
      </w:r>
    </w:p>
    <w:p w14:paraId="7C8AB2E3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gramStart"/>
      <w:r w:rsidRPr="006B7642">
        <w:t>COUNT(</w:t>
      </w:r>
      <w:proofErr w:type="gramEnd"/>
      <w:r w:rsidRPr="006B7642">
        <w:t xml:space="preserve">*) AS </w:t>
      </w:r>
      <w:proofErr w:type="spellStart"/>
      <w:r w:rsidRPr="006B7642">
        <w:t>order_count</w:t>
      </w:r>
      <w:proofErr w:type="spellEnd"/>
    </w:p>
    <w:p w14:paraId="6FFD981C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FROM orders</w:t>
      </w:r>
    </w:p>
    <w:p w14:paraId="6EC16EDE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GROUP BY </w:t>
      </w:r>
      <w:proofErr w:type="spellStart"/>
      <w:r w:rsidRPr="006B7642">
        <w:t>order_status</w:t>
      </w:r>
      <w:proofErr w:type="spellEnd"/>
    </w:p>
    <w:p w14:paraId="0DC72EDE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ORDER BY </w:t>
      </w:r>
      <w:proofErr w:type="spellStart"/>
      <w:r w:rsidRPr="006B7642">
        <w:t>order_count</w:t>
      </w:r>
      <w:proofErr w:type="spellEnd"/>
      <w:r w:rsidRPr="006B7642">
        <w:t xml:space="preserve"> </w:t>
      </w:r>
      <w:proofErr w:type="gramStart"/>
      <w:r w:rsidRPr="006B7642">
        <w:t>DESC;</w:t>
      </w:r>
      <w:proofErr w:type="gramEnd"/>
    </w:p>
    <w:p w14:paraId="2D5DA3A3" w14:textId="77777777" w:rsidR="006B7642" w:rsidRPr="006B7642" w:rsidRDefault="00000000" w:rsidP="006B7642">
      <w:r>
        <w:pict w14:anchorId="6409D505">
          <v:rect id="_x0000_i1028" style="width:0;height:1.5pt" o:hralign="center" o:hrstd="t" o:hr="t" fillcolor="#a0a0a0" stroked="f"/>
        </w:pict>
      </w:r>
    </w:p>
    <w:p w14:paraId="7C5B6566" w14:textId="77777777" w:rsidR="006B7642" w:rsidRPr="006B7642" w:rsidRDefault="006B7642" w:rsidP="006B7642">
      <w:pPr>
        <w:pStyle w:val="Heading2"/>
      </w:pPr>
      <w:r w:rsidRPr="006B7642">
        <w:t>Problem 4 — “Revenue by order”</w:t>
      </w:r>
    </w:p>
    <w:p w14:paraId="594DFB4E" w14:textId="77777777" w:rsidR="006B7642" w:rsidRPr="006B7642" w:rsidRDefault="006B7642" w:rsidP="006B7642">
      <w:r w:rsidRPr="006B7642">
        <w:rPr>
          <w:b/>
          <w:bCs/>
        </w:rPr>
        <w:t>Business question:</w:t>
      </w:r>
      <w:r w:rsidRPr="006B7642">
        <w:t xml:space="preserve"> “What is the total $ amount of each order?”</w:t>
      </w:r>
      <w:r w:rsidRPr="006B7642">
        <w:br/>
      </w:r>
      <w:r w:rsidRPr="006B7642">
        <w:rPr>
          <w:b/>
          <w:bCs/>
        </w:rPr>
        <w:t>Who uses it / why:</w:t>
      </w:r>
      <w:r w:rsidRPr="006B7642">
        <w:t xml:space="preserve"> Finance or analytics wants order value.</w:t>
      </w:r>
    </w:p>
    <w:p w14:paraId="1FAEC5EA" w14:textId="77777777" w:rsidR="006B7642" w:rsidRPr="006B7642" w:rsidRDefault="006B7642" w:rsidP="006B7642">
      <w:pPr>
        <w:rPr>
          <w:b/>
          <w:bCs/>
        </w:rPr>
      </w:pPr>
      <w:r w:rsidRPr="006B7642">
        <w:rPr>
          <w:b/>
          <w:bCs/>
        </w:rPr>
        <w:t>How to solve</w:t>
      </w:r>
    </w:p>
    <w:p w14:paraId="0EEB6F0A" w14:textId="77777777" w:rsidR="006B7642" w:rsidRPr="006B7642" w:rsidRDefault="006B7642" w:rsidP="006B7642">
      <w:pPr>
        <w:numPr>
          <w:ilvl w:val="0"/>
          <w:numId w:val="17"/>
        </w:numPr>
      </w:pPr>
      <w:r w:rsidRPr="006B7642">
        <w:rPr>
          <w:b/>
          <w:bCs/>
        </w:rPr>
        <w:t>Visualize output:</w:t>
      </w:r>
      <w:r w:rsidRPr="006B7642">
        <w:t xml:space="preserve"> ORDER_ID | ORDER_TOTAL</w:t>
      </w:r>
    </w:p>
    <w:p w14:paraId="790F7B9E" w14:textId="77777777" w:rsidR="006B7642" w:rsidRPr="006B7642" w:rsidRDefault="006B7642" w:rsidP="006B7642">
      <w:pPr>
        <w:numPr>
          <w:ilvl w:val="0"/>
          <w:numId w:val="17"/>
        </w:numPr>
      </w:pPr>
      <w:r w:rsidRPr="006B7642">
        <w:rPr>
          <w:b/>
          <w:bCs/>
        </w:rPr>
        <w:t>By hand:</w:t>
      </w:r>
      <w:r w:rsidRPr="006B7642">
        <w:t xml:space="preserve"> For each ORDER_ID, sum (UNIT_PRICE * QUANTITY) from ORDER_ITEMS.</w:t>
      </w:r>
    </w:p>
    <w:p w14:paraId="620643F3" w14:textId="77777777" w:rsidR="006B7642" w:rsidRPr="006B7642" w:rsidRDefault="006B7642" w:rsidP="006B7642">
      <w:pPr>
        <w:numPr>
          <w:ilvl w:val="0"/>
          <w:numId w:val="17"/>
        </w:numPr>
      </w:pPr>
      <w:r w:rsidRPr="006B7642">
        <w:rPr>
          <w:b/>
          <w:bCs/>
        </w:rPr>
        <w:t>SQL translation:</w:t>
      </w:r>
      <w:r w:rsidRPr="006B7642">
        <w:t xml:space="preserve"> GROUP BY </w:t>
      </w:r>
      <w:proofErr w:type="spellStart"/>
      <w:r w:rsidRPr="006B7642">
        <w:t>order_id</w:t>
      </w:r>
      <w:proofErr w:type="spellEnd"/>
      <w:r w:rsidRPr="006B7642">
        <w:t xml:space="preserve"> + </w:t>
      </w:r>
      <w:proofErr w:type="gramStart"/>
      <w:r w:rsidRPr="006B7642">
        <w:t>SUM(</w:t>
      </w:r>
      <w:proofErr w:type="spellStart"/>
      <w:proofErr w:type="gramEnd"/>
      <w:r w:rsidRPr="006B7642">
        <w:t>unit_price</w:t>
      </w:r>
      <w:proofErr w:type="spellEnd"/>
      <w:r w:rsidRPr="006B7642">
        <w:t>*quantity).</w:t>
      </w:r>
    </w:p>
    <w:p w14:paraId="25699C51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SELECT</w:t>
      </w:r>
    </w:p>
    <w:p w14:paraId="5F9E9D80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order_id</w:t>
      </w:r>
      <w:proofErr w:type="spellEnd"/>
      <w:r w:rsidRPr="006B7642">
        <w:t>,</w:t>
      </w:r>
    </w:p>
    <w:p w14:paraId="630D1BAD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gramStart"/>
      <w:r w:rsidRPr="006B7642">
        <w:t>SUM(</w:t>
      </w:r>
      <w:proofErr w:type="spellStart"/>
      <w:proofErr w:type="gramEnd"/>
      <w:r w:rsidRPr="006B7642">
        <w:t>unit_price</w:t>
      </w:r>
      <w:proofErr w:type="spellEnd"/>
      <w:r w:rsidRPr="006B7642">
        <w:t xml:space="preserve"> * quantity) AS </w:t>
      </w:r>
      <w:proofErr w:type="spellStart"/>
      <w:r w:rsidRPr="006B7642">
        <w:t>order_total</w:t>
      </w:r>
      <w:proofErr w:type="spellEnd"/>
    </w:p>
    <w:p w14:paraId="08EBB66F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FROM </w:t>
      </w:r>
      <w:proofErr w:type="spellStart"/>
      <w:r w:rsidRPr="006B7642">
        <w:t>order_items</w:t>
      </w:r>
      <w:proofErr w:type="spellEnd"/>
    </w:p>
    <w:p w14:paraId="55C27A18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lastRenderedPageBreak/>
        <w:t xml:space="preserve">GROUP BY </w:t>
      </w:r>
      <w:proofErr w:type="spellStart"/>
      <w:r w:rsidRPr="006B7642">
        <w:t>order_id</w:t>
      </w:r>
      <w:proofErr w:type="spellEnd"/>
    </w:p>
    <w:p w14:paraId="20D2C649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ORDER BY </w:t>
      </w:r>
      <w:proofErr w:type="spellStart"/>
      <w:r w:rsidRPr="006B7642">
        <w:t>order_total</w:t>
      </w:r>
      <w:proofErr w:type="spellEnd"/>
      <w:r w:rsidRPr="006B7642">
        <w:t xml:space="preserve"> </w:t>
      </w:r>
      <w:proofErr w:type="gramStart"/>
      <w:r w:rsidRPr="006B7642">
        <w:t>DESC;</w:t>
      </w:r>
      <w:proofErr w:type="gramEnd"/>
    </w:p>
    <w:p w14:paraId="510D90A5" w14:textId="77777777" w:rsidR="006B7642" w:rsidRPr="006B7642" w:rsidRDefault="00000000" w:rsidP="006B7642">
      <w:r>
        <w:pict w14:anchorId="683E03B8">
          <v:rect id="_x0000_i1029" style="width:0;height:1.5pt" o:hralign="center" o:hrstd="t" o:hr="t" fillcolor="#a0a0a0" stroked="f"/>
        </w:pict>
      </w:r>
    </w:p>
    <w:p w14:paraId="1072F7A4" w14:textId="77777777" w:rsidR="006B7642" w:rsidRPr="006B7642" w:rsidRDefault="006B7642" w:rsidP="006B7642">
      <w:pPr>
        <w:pStyle w:val="Heading2"/>
      </w:pPr>
      <w:r w:rsidRPr="006B7642">
        <w:t>Problem 5 — “Customer name + order info” (JOIN using WHERE)</w:t>
      </w:r>
    </w:p>
    <w:p w14:paraId="2592FF0F" w14:textId="77777777" w:rsidR="006B7642" w:rsidRPr="006B7642" w:rsidRDefault="006B7642" w:rsidP="006B7642">
      <w:r w:rsidRPr="006B7642">
        <w:rPr>
          <w:b/>
          <w:bCs/>
        </w:rPr>
        <w:t>Business question:</w:t>
      </w:r>
      <w:r w:rsidRPr="006B7642">
        <w:t xml:space="preserve"> “Show each order with the customer’s name.”</w:t>
      </w:r>
      <w:r w:rsidRPr="006B7642">
        <w:br/>
      </w:r>
      <w:r w:rsidRPr="006B7642">
        <w:rPr>
          <w:b/>
          <w:bCs/>
        </w:rPr>
        <w:t>Who uses it / why:</w:t>
      </w:r>
      <w:r w:rsidRPr="006B7642">
        <w:t xml:space="preserve"> Support team needs human-readable order lists.</w:t>
      </w:r>
    </w:p>
    <w:p w14:paraId="134FA9EF" w14:textId="77777777" w:rsidR="006B7642" w:rsidRPr="006B7642" w:rsidRDefault="006B7642" w:rsidP="006B7642">
      <w:pPr>
        <w:rPr>
          <w:b/>
          <w:bCs/>
        </w:rPr>
      </w:pPr>
      <w:r w:rsidRPr="006B7642">
        <w:rPr>
          <w:b/>
          <w:bCs/>
        </w:rPr>
        <w:t>How to solve</w:t>
      </w:r>
    </w:p>
    <w:p w14:paraId="7236F43D" w14:textId="77777777" w:rsidR="006B7642" w:rsidRPr="006B7642" w:rsidRDefault="006B7642" w:rsidP="006B7642">
      <w:pPr>
        <w:numPr>
          <w:ilvl w:val="0"/>
          <w:numId w:val="18"/>
        </w:numPr>
      </w:pPr>
      <w:r w:rsidRPr="006B7642">
        <w:rPr>
          <w:b/>
          <w:bCs/>
        </w:rPr>
        <w:t>Visualize output:</w:t>
      </w:r>
      <w:r w:rsidRPr="006B7642">
        <w:t xml:space="preserve"> ORDER_ID | ORDER_DATETIME | FULL_NAME | ORDER_STATUS</w:t>
      </w:r>
    </w:p>
    <w:p w14:paraId="4144ADC3" w14:textId="77777777" w:rsidR="006B7642" w:rsidRPr="006B7642" w:rsidRDefault="006B7642" w:rsidP="006B7642">
      <w:pPr>
        <w:numPr>
          <w:ilvl w:val="0"/>
          <w:numId w:val="18"/>
        </w:numPr>
      </w:pPr>
      <w:r w:rsidRPr="006B7642">
        <w:rPr>
          <w:b/>
          <w:bCs/>
        </w:rPr>
        <w:t>By hand:</w:t>
      </w:r>
      <w:r w:rsidRPr="006B7642">
        <w:t xml:space="preserve"> Match </w:t>
      </w:r>
      <w:proofErr w:type="spellStart"/>
      <w:r w:rsidRPr="006B7642">
        <w:t>ORDERS.customer_id</w:t>
      </w:r>
      <w:proofErr w:type="spellEnd"/>
      <w:r w:rsidRPr="006B7642">
        <w:t xml:space="preserve"> to </w:t>
      </w:r>
      <w:proofErr w:type="spellStart"/>
      <w:r w:rsidRPr="006B7642">
        <w:t>CUSTOMERS.customer_id</w:t>
      </w:r>
      <w:proofErr w:type="spellEnd"/>
      <w:r w:rsidRPr="006B7642">
        <w:t>.</w:t>
      </w:r>
    </w:p>
    <w:p w14:paraId="02CAF75F" w14:textId="77777777" w:rsidR="006B7642" w:rsidRPr="006B7642" w:rsidRDefault="006B7642" w:rsidP="006B7642">
      <w:pPr>
        <w:numPr>
          <w:ilvl w:val="0"/>
          <w:numId w:val="18"/>
        </w:numPr>
      </w:pPr>
      <w:r w:rsidRPr="006B7642">
        <w:rPr>
          <w:b/>
          <w:bCs/>
        </w:rPr>
        <w:t>SQL translation:</w:t>
      </w:r>
      <w:r w:rsidRPr="006B7642">
        <w:t xml:space="preserve"> Two tables in FROM, match in </w:t>
      </w:r>
      <w:proofErr w:type="gramStart"/>
      <w:r w:rsidRPr="006B7642">
        <w:t>WHERE</w:t>
      </w:r>
      <w:proofErr w:type="gramEnd"/>
      <w:r w:rsidRPr="006B7642">
        <w:t>.</w:t>
      </w:r>
    </w:p>
    <w:p w14:paraId="3F80AFB5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SELECT</w:t>
      </w:r>
    </w:p>
    <w:p w14:paraId="46E19570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proofErr w:type="gramStart"/>
      <w:r w:rsidRPr="006B7642">
        <w:t>o.order</w:t>
      </w:r>
      <w:proofErr w:type="gramEnd"/>
      <w:r w:rsidRPr="006B7642">
        <w:t>_id</w:t>
      </w:r>
      <w:proofErr w:type="spellEnd"/>
      <w:r w:rsidRPr="006B7642">
        <w:t>,</w:t>
      </w:r>
    </w:p>
    <w:p w14:paraId="572EBCA2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proofErr w:type="gramStart"/>
      <w:r w:rsidRPr="006B7642">
        <w:t>o.order</w:t>
      </w:r>
      <w:proofErr w:type="gramEnd"/>
      <w:r w:rsidRPr="006B7642">
        <w:t>_datetime</w:t>
      </w:r>
      <w:proofErr w:type="spellEnd"/>
      <w:r w:rsidRPr="006B7642">
        <w:t>,</w:t>
      </w:r>
    </w:p>
    <w:p w14:paraId="37076F9D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c.full_name</w:t>
      </w:r>
      <w:proofErr w:type="spellEnd"/>
      <w:r w:rsidRPr="006B7642">
        <w:t>,</w:t>
      </w:r>
    </w:p>
    <w:p w14:paraId="3351AEEE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proofErr w:type="gramStart"/>
      <w:r w:rsidRPr="006B7642">
        <w:t>o.order</w:t>
      </w:r>
      <w:proofErr w:type="gramEnd"/>
      <w:r w:rsidRPr="006B7642">
        <w:t>_status</w:t>
      </w:r>
      <w:proofErr w:type="spellEnd"/>
    </w:p>
    <w:p w14:paraId="5FB0B295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FROM orders o, customers c</w:t>
      </w:r>
    </w:p>
    <w:p w14:paraId="18BFDAF8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WHERE </w:t>
      </w:r>
      <w:proofErr w:type="spellStart"/>
      <w:proofErr w:type="gramStart"/>
      <w:r w:rsidRPr="006B7642">
        <w:t>o.customer</w:t>
      </w:r>
      <w:proofErr w:type="gramEnd"/>
      <w:r w:rsidRPr="006B7642">
        <w:t>_id</w:t>
      </w:r>
      <w:proofErr w:type="spellEnd"/>
      <w:r w:rsidRPr="006B7642">
        <w:t xml:space="preserve"> = </w:t>
      </w:r>
      <w:proofErr w:type="spellStart"/>
      <w:proofErr w:type="gramStart"/>
      <w:r w:rsidRPr="006B7642">
        <w:t>c.customer</w:t>
      </w:r>
      <w:proofErr w:type="gramEnd"/>
      <w:r w:rsidRPr="006B7642">
        <w:t>_id</w:t>
      </w:r>
      <w:proofErr w:type="spellEnd"/>
    </w:p>
    <w:p w14:paraId="13401198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ORDER BY </w:t>
      </w:r>
      <w:proofErr w:type="spellStart"/>
      <w:proofErr w:type="gramStart"/>
      <w:r w:rsidRPr="006B7642">
        <w:t>o.order</w:t>
      </w:r>
      <w:proofErr w:type="gramEnd"/>
      <w:r w:rsidRPr="006B7642">
        <w:t>_datetime</w:t>
      </w:r>
      <w:proofErr w:type="spellEnd"/>
      <w:r w:rsidRPr="006B7642">
        <w:t xml:space="preserve"> </w:t>
      </w:r>
      <w:proofErr w:type="gramStart"/>
      <w:r w:rsidRPr="006B7642">
        <w:t>DESC;</w:t>
      </w:r>
      <w:proofErr w:type="gramEnd"/>
    </w:p>
    <w:p w14:paraId="1BEFC239" w14:textId="77777777" w:rsidR="006B7642" w:rsidRPr="006B7642" w:rsidRDefault="00000000" w:rsidP="006B7642">
      <w:r>
        <w:pict w14:anchorId="2E21A10E">
          <v:rect id="_x0000_i1030" style="width:0;height:1.5pt" o:hralign="center" o:hrstd="t" o:hr="t" fillcolor="#a0a0a0" stroked="f"/>
        </w:pict>
      </w:r>
    </w:p>
    <w:p w14:paraId="57FABB8E" w14:textId="77777777" w:rsidR="006B7642" w:rsidRPr="006B7642" w:rsidRDefault="006B7642" w:rsidP="006B7642">
      <w:pPr>
        <w:pStyle w:val="Heading2"/>
      </w:pPr>
      <w:r w:rsidRPr="006B7642">
        <w:t>Problem 6 — “Customer name + order info” (ANSI INNER JOIN)</w:t>
      </w:r>
    </w:p>
    <w:p w14:paraId="48FA0EED" w14:textId="77777777" w:rsidR="006B7642" w:rsidRPr="006B7642" w:rsidRDefault="006B7642" w:rsidP="006B7642">
      <w:r w:rsidRPr="006B7642">
        <w:t xml:space="preserve">Same business question as </w:t>
      </w:r>
      <w:proofErr w:type="gramStart"/>
      <w:r w:rsidRPr="006B7642">
        <w:t>#5, but</w:t>
      </w:r>
      <w:proofErr w:type="gramEnd"/>
      <w:r w:rsidRPr="006B7642">
        <w:t xml:space="preserve"> teaches modern join syntax.</w:t>
      </w:r>
    </w:p>
    <w:p w14:paraId="3C1B79DB" w14:textId="77777777" w:rsidR="006B7642" w:rsidRPr="006B7642" w:rsidRDefault="006B7642" w:rsidP="006B7642">
      <w:pPr>
        <w:rPr>
          <w:b/>
          <w:bCs/>
        </w:rPr>
      </w:pPr>
      <w:r w:rsidRPr="006B7642">
        <w:rPr>
          <w:b/>
          <w:bCs/>
        </w:rPr>
        <w:t>How to solve</w:t>
      </w:r>
    </w:p>
    <w:p w14:paraId="051EA5A6" w14:textId="77777777" w:rsidR="006B7642" w:rsidRPr="006B7642" w:rsidRDefault="006B7642" w:rsidP="006B7642">
      <w:pPr>
        <w:numPr>
          <w:ilvl w:val="0"/>
          <w:numId w:val="19"/>
        </w:numPr>
      </w:pPr>
      <w:r w:rsidRPr="006B7642">
        <w:t>Output is the same.</w:t>
      </w:r>
    </w:p>
    <w:p w14:paraId="03C571AD" w14:textId="77777777" w:rsidR="006B7642" w:rsidRPr="006B7642" w:rsidRDefault="006B7642" w:rsidP="006B7642">
      <w:pPr>
        <w:numPr>
          <w:ilvl w:val="0"/>
          <w:numId w:val="19"/>
        </w:numPr>
      </w:pPr>
      <w:r w:rsidRPr="006B7642">
        <w:t>By hand: same matching logic.</w:t>
      </w:r>
    </w:p>
    <w:p w14:paraId="48A6BF4E" w14:textId="77777777" w:rsidR="006B7642" w:rsidRPr="006B7642" w:rsidRDefault="006B7642" w:rsidP="006B7642">
      <w:pPr>
        <w:numPr>
          <w:ilvl w:val="0"/>
          <w:numId w:val="19"/>
        </w:numPr>
      </w:pPr>
      <w:r w:rsidRPr="006B7642">
        <w:t>SQL translation: use JOIN ... ON.</w:t>
      </w:r>
    </w:p>
    <w:p w14:paraId="4005FBC9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SELECT</w:t>
      </w:r>
    </w:p>
    <w:p w14:paraId="40992FCD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proofErr w:type="gramStart"/>
      <w:r w:rsidRPr="006B7642">
        <w:t>o.order</w:t>
      </w:r>
      <w:proofErr w:type="gramEnd"/>
      <w:r w:rsidRPr="006B7642">
        <w:t>_id</w:t>
      </w:r>
      <w:proofErr w:type="spellEnd"/>
      <w:r w:rsidRPr="006B7642">
        <w:t>,</w:t>
      </w:r>
    </w:p>
    <w:p w14:paraId="4FCBA6E2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lastRenderedPageBreak/>
        <w:t xml:space="preserve">  </w:t>
      </w:r>
      <w:proofErr w:type="spellStart"/>
      <w:proofErr w:type="gramStart"/>
      <w:r w:rsidRPr="006B7642">
        <w:t>o.order</w:t>
      </w:r>
      <w:proofErr w:type="gramEnd"/>
      <w:r w:rsidRPr="006B7642">
        <w:t>_datetime</w:t>
      </w:r>
      <w:proofErr w:type="spellEnd"/>
      <w:r w:rsidRPr="006B7642">
        <w:t>,</w:t>
      </w:r>
    </w:p>
    <w:p w14:paraId="52CE1D05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c.full_name</w:t>
      </w:r>
      <w:proofErr w:type="spellEnd"/>
      <w:r w:rsidRPr="006B7642">
        <w:t>,</w:t>
      </w:r>
    </w:p>
    <w:p w14:paraId="483C1864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proofErr w:type="gramStart"/>
      <w:r w:rsidRPr="006B7642">
        <w:t>o.order</w:t>
      </w:r>
      <w:proofErr w:type="gramEnd"/>
      <w:r w:rsidRPr="006B7642">
        <w:t>_status</w:t>
      </w:r>
      <w:proofErr w:type="spellEnd"/>
    </w:p>
    <w:p w14:paraId="44808A6C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FROM orders o</w:t>
      </w:r>
    </w:p>
    <w:p w14:paraId="124B1FC3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JOIN customers c</w:t>
      </w:r>
    </w:p>
    <w:p w14:paraId="670E3D1A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ON </w:t>
      </w:r>
      <w:proofErr w:type="spellStart"/>
      <w:proofErr w:type="gramStart"/>
      <w:r w:rsidRPr="006B7642">
        <w:t>o.customer</w:t>
      </w:r>
      <w:proofErr w:type="gramEnd"/>
      <w:r w:rsidRPr="006B7642">
        <w:t>_id</w:t>
      </w:r>
      <w:proofErr w:type="spellEnd"/>
      <w:r w:rsidRPr="006B7642">
        <w:t xml:space="preserve"> = </w:t>
      </w:r>
      <w:proofErr w:type="spellStart"/>
      <w:proofErr w:type="gramStart"/>
      <w:r w:rsidRPr="006B7642">
        <w:t>c.customer</w:t>
      </w:r>
      <w:proofErr w:type="gramEnd"/>
      <w:r w:rsidRPr="006B7642">
        <w:t>_id</w:t>
      </w:r>
      <w:proofErr w:type="spellEnd"/>
    </w:p>
    <w:p w14:paraId="284AF04E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ORDER BY </w:t>
      </w:r>
      <w:proofErr w:type="spellStart"/>
      <w:proofErr w:type="gramStart"/>
      <w:r w:rsidRPr="006B7642">
        <w:t>o.order</w:t>
      </w:r>
      <w:proofErr w:type="gramEnd"/>
      <w:r w:rsidRPr="006B7642">
        <w:t>_datetime</w:t>
      </w:r>
      <w:proofErr w:type="spellEnd"/>
      <w:r w:rsidRPr="006B7642">
        <w:t xml:space="preserve"> </w:t>
      </w:r>
      <w:proofErr w:type="gramStart"/>
      <w:r w:rsidRPr="006B7642">
        <w:t>DESC;</w:t>
      </w:r>
      <w:proofErr w:type="gramEnd"/>
    </w:p>
    <w:p w14:paraId="5DF19C5A" w14:textId="77777777" w:rsidR="006B7642" w:rsidRPr="006B7642" w:rsidRDefault="00000000" w:rsidP="006B7642">
      <w:r>
        <w:pict w14:anchorId="5B2C6F8D">
          <v:rect id="_x0000_i1031" style="width:0;height:1.5pt" o:hralign="center" o:hrstd="t" o:hr="t" fillcolor="#a0a0a0" stroked="f"/>
        </w:pict>
      </w:r>
    </w:p>
    <w:p w14:paraId="1908157E" w14:textId="77777777" w:rsidR="006B7642" w:rsidRPr="006B7642" w:rsidRDefault="006B7642" w:rsidP="006B7642">
      <w:pPr>
        <w:pStyle w:val="Heading2"/>
      </w:pPr>
      <w:r w:rsidRPr="006B7642">
        <w:t>Problem 7 — “Top 10 customers by total spend” (multi-table JOIN + GROUP BY)</w:t>
      </w:r>
    </w:p>
    <w:p w14:paraId="662D52B8" w14:textId="77777777" w:rsidR="006B7642" w:rsidRPr="006B7642" w:rsidRDefault="006B7642" w:rsidP="006B7642">
      <w:r w:rsidRPr="006B7642">
        <w:rPr>
          <w:b/>
          <w:bCs/>
        </w:rPr>
        <w:t>Business question:</w:t>
      </w:r>
      <w:r w:rsidRPr="006B7642">
        <w:t xml:space="preserve"> “Who are our top customers by revenue?”</w:t>
      </w:r>
      <w:r w:rsidRPr="006B7642">
        <w:br/>
      </w:r>
      <w:r w:rsidRPr="006B7642">
        <w:rPr>
          <w:b/>
          <w:bCs/>
        </w:rPr>
        <w:t>Who uses it / why:</w:t>
      </w:r>
      <w:r w:rsidRPr="006B7642">
        <w:t xml:space="preserve"> Marketing targets loyalty/VIP offers.</w:t>
      </w:r>
    </w:p>
    <w:p w14:paraId="73CB55C6" w14:textId="77777777" w:rsidR="006B7642" w:rsidRPr="006B7642" w:rsidRDefault="006B7642" w:rsidP="006B7642">
      <w:pPr>
        <w:rPr>
          <w:b/>
          <w:bCs/>
        </w:rPr>
      </w:pPr>
      <w:r w:rsidRPr="006B7642">
        <w:rPr>
          <w:b/>
          <w:bCs/>
        </w:rPr>
        <w:t>How to solve</w:t>
      </w:r>
    </w:p>
    <w:p w14:paraId="5AA69393" w14:textId="77777777" w:rsidR="006B7642" w:rsidRPr="006B7642" w:rsidRDefault="006B7642" w:rsidP="006B7642">
      <w:pPr>
        <w:numPr>
          <w:ilvl w:val="0"/>
          <w:numId w:val="20"/>
        </w:numPr>
      </w:pPr>
      <w:r w:rsidRPr="006B7642">
        <w:rPr>
          <w:b/>
          <w:bCs/>
        </w:rPr>
        <w:t>Visualize output:</w:t>
      </w:r>
      <w:r w:rsidRPr="006B7642">
        <w:t xml:space="preserve"> FULL_NAME | TOTAL_SPEND</w:t>
      </w:r>
    </w:p>
    <w:p w14:paraId="437857FA" w14:textId="77777777" w:rsidR="006B7642" w:rsidRPr="006B7642" w:rsidRDefault="006B7642" w:rsidP="006B7642">
      <w:pPr>
        <w:numPr>
          <w:ilvl w:val="0"/>
          <w:numId w:val="20"/>
        </w:numPr>
      </w:pPr>
      <w:r w:rsidRPr="006B7642">
        <w:rPr>
          <w:b/>
          <w:bCs/>
        </w:rPr>
        <w:t>By hand:</w:t>
      </w:r>
    </w:p>
    <w:p w14:paraId="7AD3E909" w14:textId="77777777" w:rsidR="006B7642" w:rsidRPr="006B7642" w:rsidRDefault="006B7642" w:rsidP="006B7642">
      <w:pPr>
        <w:numPr>
          <w:ilvl w:val="1"/>
          <w:numId w:val="20"/>
        </w:numPr>
      </w:pPr>
      <w:r w:rsidRPr="006B7642">
        <w:t>Start from ORDER_ITEMS to get money (</w:t>
      </w:r>
      <w:proofErr w:type="spellStart"/>
      <w:r w:rsidRPr="006B7642">
        <w:t>unit_price</w:t>
      </w:r>
      <w:proofErr w:type="spellEnd"/>
      <w:r w:rsidRPr="006B7642">
        <w:t xml:space="preserve"> * quantity)</w:t>
      </w:r>
    </w:p>
    <w:p w14:paraId="2E9FE898" w14:textId="77777777" w:rsidR="006B7642" w:rsidRPr="006B7642" w:rsidRDefault="006B7642" w:rsidP="006B7642">
      <w:pPr>
        <w:numPr>
          <w:ilvl w:val="1"/>
          <w:numId w:val="20"/>
        </w:numPr>
      </w:pPr>
      <w:r w:rsidRPr="006B7642">
        <w:t xml:space="preserve">Connect </w:t>
      </w:r>
      <w:proofErr w:type="gramStart"/>
      <w:r w:rsidRPr="006B7642">
        <w:t>to</w:t>
      </w:r>
      <w:proofErr w:type="gramEnd"/>
      <w:r w:rsidRPr="006B7642">
        <w:t xml:space="preserve"> ORDERS to know which customer</w:t>
      </w:r>
    </w:p>
    <w:p w14:paraId="47AADF78" w14:textId="77777777" w:rsidR="006B7642" w:rsidRPr="006B7642" w:rsidRDefault="006B7642" w:rsidP="006B7642">
      <w:pPr>
        <w:numPr>
          <w:ilvl w:val="1"/>
          <w:numId w:val="20"/>
        </w:numPr>
      </w:pPr>
      <w:r w:rsidRPr="006B7642">
        <w:t xml:space="preserve">Connect </w:t>
      </w:r>
      <w:proofErr w:type="gramStart"/>
      <w:r w:rsidRPr="006B7642">
        <w:t>to</w:t>
      </w:r>
      <w:proofErr w:type="gramEnd"/>
      <w:r w:rsidRPr="006B7642">
        <w:t xml:space="preserve"> CUSTOMERS to show name</w:t>
      </w:r>
    </w:p>
    <w:p w14:paraId="014BC6AE" w14:textId="77777777" w:rsidR="006B7642" w:rsidRPr="006B7642" w:rsidRDefault="006B7642" w:rsidP="006B7642">
      <w:pPr>
        <w:numPr>
          <w:ilvl w:val="1"/>
          <w:numId w:val="20"/>
        </w:numPr>
      </w:pPr>
      <w:r w:rsidRPr="006B7642">
        <w:t>Sum per customer</w:t>
      </w:r>
    </w:p>
    <w:p w14:paraId="5311AAA5" w14:textId="77777777" w:rsidR="006B7642" w:rsidRPr="006B7642" w:rsidRDefault="006B7642" w:rsidP="006B7642">
      <w:pPr>
        <w:numPr>
          <w:ilvl w:val="0"/>
          <w:numId w:val="20"/>
        </w:numPr>
      </w:pPr>
      <w:r w:rsidRPr="006B7642">
        <w:rPr>
          <w:b/>
          <w:bCs/>
        </w:rPr>
        <w:t>SQL translation:</w:t>
      </w:r>
      <w:r w:rsidRPr="006B7642">
        <w:t xml:space="preserve"> JOIN 3 tables + GROUP BY customer.</w:t>
      </w:r>
    </w:p>
    <w:p w14:paraId="67CC66F0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SELECT</w:t>
      </w:r>
    </w:p>
    <w:p w14:paraId="2795F92E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c.full_name</w:t>
      </w:r>
      <w:proofErr w:type="spellEnd"/>
      <w:r w:rsidRPr="006B7642">
        <w:t>,</w:t>
      </w:r>
    </w:p>
    <w:p w14:paraId="3F851415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gramStart"/>
      <w:r w:rsidRPr="006B7642">
        <w:t>SUM(</w:t>
      </w:r>
      <w:proofErr w:type="spellStart"/>
      <w:r w:rsidRPr="006B7642">
        <w:t>oi.unit</w:t>
      </w:r>
      <w:proofErr w:type="gramEnd"/>
      <w:r w:rsidRPr="006B7642">
        <w:t>_price</w:t>
      </w:r>
      <w:proofErr w:type="spellEnd"/>
      <w:r w:rsidRPr="006B7642">
        <w:t xml:space="preserve"> * </w:t>
      </w:r>
      <w:proofErr w:type="spellStart"/>
      <w:proofErr w:type="gramStart"/>
      <w:r w:rsidRPr="006B7642">
        <w:t>oi.quantity</w:t>
      </w:r>
      <w:proofErr w:type="spellEnd"/>
      <w:proofErr w:type="gramEnd"/>
      <w:r w:rsidRPr="006B7642">
        <w:t xml:space="preserve">) AS </w:t>
      </w:r>
      <w:proofErr w:type="spellStart"/>
      <w:r w:rsidRPr="006B7642">
        <w:t>total_spend</w:t>
      </w:r>
      <w:proofErr w:type="spellEnd"/>
    </w:p>
    <w:p w14:paraId="6F603035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FROM customers c</w:t>
      </w:r>
    </w:p>
    <w:p w14:paraId="58266580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JOIN orders o</w:t>
      </w:r>
    </w:p>
    <w:p w14:paraId="5410D044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ON </w:t>
      </w:r>
      <w:proofErr w:type="spellStart"/>
      <w:proofErr w:type="gramStart"/>
      <w:r w:rsidRPr="006B7642">
        <w:t>o.customer</w:t>
      </w:r>
      <w:proofErr w:type="gramEnd"/>
      <w:r w:rsidRPr="006B7642">
        <w:t>_id</w:t>
      </w:r>
      <w:proofErr w:type="spellEnd"/>
      <w:r w:rsidRPr="006B7642">
        <w:t xml:space="preserve"> = </w:t>
      </w:r>
      <w:proofErr w:type="spellStart"/>
      <w:proofErr w:type="gramStart"/>
      <w:r w:rsidRPr="006B7642">
        <w:t>c.customer</w:t>
      </w:r>
      <w:proofErr w:type="gramEnd"/>
      <w:r w:rsidRPr="006B7642">
        <w:t>_id</w:t>
      </w:r>
      <w:proofErr w:type="spellEnd"/>
    </w:p>
    <w:p w14:paraId="2412A8B5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JOIN </w:t>
      </w:r>
      <w:proofErr w:type="spellStart"/>
      <w:r w:rsidRPr="006B7642">
        <w:t>order_items</w:t>
      </w:r>
      <w:proofErr w:type="spellEnd"/>
      <w:r w:rsidRPr="006B7642">
        <w:t xml:space="preserve"> oi</w:t>
      </w:r>
    </w:p>
    <w:p w14:paraId="7ADEDFB9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ON </w:t>
      </w:r>
      <w:proofErr w:type="spellStart"/>
      <w:proofErr w:type="gramStart"/>
      <w:r w:rsidRPr="006B7642">
        <w:t>oi.order</w:t>
      </w:r>
      <w:proofErr w:type="gramEnd"/>
      <w:r w:rsidRPr="006B7642">
        <w:t>_id</w:t>
      </w:r>
      <w:proofErr w:type="spellEnd"/>
      <w:r w:rsidRPr="006B7642">
        <w:t xml:space="preserve"> = </w:t>
      </w:r>
      <w:proofErr w:type="spellStart"/>
      <w:proofErr w:type="gramStart"/>
      <w:r w:rsidRPr="006B7642">
        <w:t>o.order</w:t>
      </w:r>
      <w:proofErr w:type="gramEnd"/>
      <w:r w:rsidRPr="006B7642">
        <w:t>_id</w:t>
      </w:r>
      <w:proofErr w:type="spellEnd"/>
    </w:p>
    <w:p w14:paraId="5339B058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lastRenderedPageBreak/>
        <w:t xml:space="preserve">GROUP BY </w:t>
      </w:r>
      <w:proofErr w:type="spellStart"/>
      <w:proofErr w:type="gramStart"/>
      <w:r w:rsidRPr="006B7642">
        <w:t>c.full</w:t>
      </w:r>
      <w:proofErr w:type="gramEnd"/>
      <w:r w:rsidRPr="006B7642">
        <w:t>_name</w:t>
      </w:r>
      <w:proofErr w:type="spellEnd"/>
    </w:p>
    <w:p w14:paraId="672F0EC9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ORDER BY </w:t>
      </w:r>
      <w:proofErr w:type="spellStart"/>
      <w:r w:rsidRPr="006B7642">
        <w:t>total_spend</w:t>
      </w:r>
      <w:proofErr w:type="spellEnd"/>
      <w:r w:rsidRPr="006B7642">
        <w:t xml:space="preserve"> DESC</w:t>
      </w:r>
    </w:p>
    <w:p w14:paraId="135727AA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FETCH FIRST 10 ROWS </w:t>
      </w:r>
      <w:proofErr w:type="gramStart"/>
      <w:r w:rsidRPr="006B7642">
        <w:t>ONLY;</w:t>
      </w:r>
      <w:proofErr w:type="gramEnd"/>
    </w:p>
    <w:p w14:paraId="119954CA" w14:textId="77777777" w:rsidR="006B7642" w:rsidRPr="006B7642" w:rsidRDefault="00000000" w:rsidP="006B7642">
      <w:r>
        <w:pict w14:anchorId="52C0496A">
          <v:rect id="_x0000_i1032" style="width:0;height:1.5pt" o:hralign="center" o:hrstd="t" o:hr="t" fillcolor="#a0a0a0" stroked="f"/>
        </w:pict>
      </w:r>
    </w:p>
    <w:p w14:paraId="42568D6B" w14:textId="77777777" w:rsidR="006B7642" w:rsidRPr="006B7642" w:rsidRDefault="006B7642" w:rsidP="006B7642">
      <w:pPr>
        <w:pStyle w:val="Heading2"/>
      </w:pPr>
      <w:r w:rsidRPr="006B7642">
        <w:t>Problem 8 — “Products that generate the most revenue”</w:t>
      </w:r>
    </w:p>
    <w:p w14:paraId="0D7C1904" w14:textId="77777777" w:rsidR="006B7642" w:rsidRPr="006B7642" w:rsidRDefault="006B7642" w:rsidP="006B7642">
      <w:r w:rsidRPr="006B7642">
        <w:rPr>
          <w:b/>
          <w:bCs/>
        </w:rPr>
        <w:t>Business question:</w:t>
      </w:r>
      <w:r w:rsidRPr="006B7642">
        <w:t xml:space="preserve"> “Which products bring in the most revenue?”</w:t>
      </w:r>
      <w:r w:rsidRPr="006B7642">
        <w:br/>
      </w:r>
      <w:r w:rsidRPr="006B7642">
        <w:rPr>
          <w:b/>
          <w:bCs/>
        </w:rPr>
        <w:t>Who uses it / why:</w:t>
      </w:r>
      <w:r w:rsidRPr="006B7642">
        <w:t xml:space="preserve"> Product manager decides what to restock/promote.</w:t>
      </w:r>
    </w:p>
    <w:p w14:paraId="6CD86B71" w14:textId="77777777" w:rsidR="006B7642" w:rsidRPr="006B7642" w:rsidRDefault="006B7642" w:rsidP="006B7642">
      <w:pPr>
        <w:rPr>
          <w:b/>
          <w:bCs/>
        </w:rPr>
      </w:pPr>
      <w:r w:rsidRPr="006B7642">
        <w:rPr>
          <w:b/>
          <w:bCs/>
        </w:rPr>
        <w:t>How to solve</w:t>
      </w:r>
    </w:p>
    <w:p w14:paraId="459EC8B5" w14:textId="77777777" w:rsidR="006B7642" w:rsidRPr="006B7642" w:rsidRDefault="006B7642" w:rsidP="006B7642">
      <w:pPr>
        <w:numPr>
          <w:ilvl w:val="0"/>
          <w:numId w:val="21"/>
        </w:numPr>
      </w:pPr>
      <w:r w:rsidRPr="006B7642">
        <w:rPr>
          <w:b/>
          <w:bCs/>
        </w:rPr>
        <w:t>Visualize output:</w:t>
      </w:r>
      <w:r w:rsidRPr="006B7642">
        <w:t xml:space="preserve"> PRODUCT_NAME | REVENUE</w:t>
      </w:r>
    </w:p>
    <w:p w14:paraId="7786AEED" w14:textId="77777777" w:rsidR="006B7642" w:rsidRPr="006B7642" w:rsidRDefault="006B7642" w:rsidP="006B7642">
      <w:pPr>
        <w:numPr>
          <w:ilvl w:val="0"/>
          <w:numId w:val="21"/>
        </w:numPr>
      </w:pPr>
      <w:r w:rsidRPr="006B7642">
        <w:rPr>
          <w:b/>
          <w:bCs/>
        </w:rPr>
        <w:t>By hand:</w:t>
      </w:r>
      <w:r w:rsidRPr="006B7642">
        <w:t xml:space="preserve"> sum(</w:t>
      </w:r>
      <w:proofErr w:type="spellStart"/>
      <w:r w:rsidRPr="006B7642">
        <w:t>unit_price</w:t>
      </w:r>
      <w:proofErr w:type="spellEnd"/>
      <w:r w:rsidRPr="006B7642">
        <w:t xml:space="preserve">*quantity) by </w:t>
      </w:r>
      <w:proofErr w:type="spellStart"/>
      <w:r w:rsidRPr="006B7642">
        <w:t>product_id</w:t>
      </w:r>
      <w:proofErr w:type="spellEnd"/>
      <w:r w:rsidRPr="006B7642">
        <w:t>; use PRODUCTS to show name</w:t>
      </w:r>
    </w:p>
    <w:p w14:paraId="04F1BEE0" w14:textId="77777777" w:rsidR="006B7642" w:rsidRPr="006B7642" w:rsidRDefault="006B7642" w:rsidP="006B7642">
      <w:pPr>
        <w:numPr>
          <w:ilvl w:val="0"/>
          <w:numId w:val="21"/>
        </w:numPr>
      </w:pPr>
      <w:r w:rsidRPr="006B7642">
        <w:rPr>
          <w:b/>
          <w:bCs/>
        </w:rPr>
        <w:t>SQL translation:</w:t>
      </w:r>
      <w:r w:rsidRPr="006B7642">
        <w:t xml:space="preserve"> join ORDER_ITEMS → PRODUCTS, then group by product.</w:t>
      </w:r>
    </w:p>
    <w:p w14:paraId="493445C1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SELECT</w:t>
      </w:r>
    </w:p>
    <w:p w14:paraId="7564E7A9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proofErr w:type="gramStart"/>
      <w:r w:rsidRPr="006B7642">
        <w:t>p.product</w:t>
      </w:r>
      <w:proofErr w:type="gramEnd"/>
      <w:r w:rsidRPr="006B7642">
        <w:t>_name</w:t>
      </w:r>
      <w:proofErr w:type="spellEnd"/>
      <w:r w:rsidRPr="006B7642">
        <w:t>,</w:t>
      </w:r>
    </w:p>
    <w:p w14:paraId="3B182379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gramStart"/>
      <w:r w:rsidRPr="006B7642">
        <w:t>SUM(</w:t>
      </w:r>
      <w:proofErr w:type="spellStart"/>
      <w:r w:rsidRPr="006B7642">
        <w:t>oi.unit</w:t>
      </w:r>
      <w:proofErr w:type="gramEnd"/>
      <w:r w:rsidRPr="006B7642">
        <w:t>_price</w:t>
      </w:r>
      <w:proofErr w:type="spellEnd"/>
      <w:r w:rsidRPr="006B7642">
        <w:t xml:space="preserve"> * </w:t>
      </w:r>
      <w:proofErr w:type="spellStart"/>
      <w:proofErr w:type="gramStart"/>
      <w:r w:rsidRPr="006B7642">
        <w:t>oi.quantity</w:t>
      </w:r>
      <w:proofErr w:type="spellEnd"/>
      <w:proofErr w:type="gramEnd"/>
      <w:r w:rsidRPr="006B7642">
        <w:t>) AS revenue</w:t>
      </w:r>
    </w:p>
    <w:p w14:paraId="2815B426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FROM products p</w:t>
      </w:r>
    </w:p>
    <w:p w14:paraId="63ACCB74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JOIN </w:t>
      </w:r>
      <w:proofErr w:type="spellStart"/>
      <w:r w:rsidRPr="006B7642">
        <w:t>order_items</w:t>
      </w:r>
      <w:proofErr w:type="spellEnd"/>
      <w:r w:rsidRPr="006B7642">
        <w:t xml:space="preserve"> oi</w:t>
      </w:r>
    </w:p>
    <w:p w14:paraId="7705FD13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ON </w:t>
      </w:r>
      <w:proofErr w:type="spellStart"/>
      <w:proofErr w:type="gramStart"/>
      <w:r w:rsidRPr="006B7642">
        <w:t>oi.product</w:t>
      </w:r>
      <w:proofErr w:type="gramEnd"/>
      <w:r w:rsidRPr="006B7642">
        <w:t>_id</w:t>
      </w:r>
      <w:proofErr w:type="spellEnd"/>
      <w:r w:rsidRPr="006B7642">
        <w:t xml:space="preserve"> = </w:t>
      </w:r>
      <w:proofErr w:type="spellStart"/>
      <w:proofErr w:type="gramStart"/>
      <w:r w:rsidRPr="006B7642">
        <w:t>p.product</w:t>
      </w:r>
      <w:proofErr w:type="gramEnd"/>
      <w:r w:rsidRPr="006B7642">
        <w:t>_id</w:t>
      </w:r>
      <w:proofErr w:type="spellEnd"/>
    </w:p>
    <w:p w14:paraId="3BCABD3C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GROUP BY </w:t>
      </w:r>
      <w:proofErr w:type="spellStart"/>
      <w:proofErr w:type="gramStart"/>
      <w:r w:rsidRPr="006B7642">
        <w:t>p.product</w:t>
      </w:r>
      <w:proofErr w:type="gramEnd"/>
      <w:r w:rsidRPr="006B7642">
        <w:t>_name</w:t>
      </w:r>
      <w:proofErr w:type="spellEnd"/>
    </w:p>
    <w:p w14:paraId="6BCA8009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ORDER BY revenue </w:t>
      </w:r>
      <w:proofErr w:type="gramStart"/>
      <w:r w:rsidRPr="006B7642">
        <w:t>DESC;</w:t>
      </w:r>
      <w:proofErr w:type="gramEnd"/>
    </w:p>
    <w:p w14:paraId="529EBFEC" w14:textId="77777777" w:rsidR="006B7642" w:rsidRPr="006B7642" w:rsidRDefault="00000000" w:rsidP="006B7642">
      <w:r>
        <w:pict w14:anchorId="35CD5581">
          <v:rect id="_x0000_i1033" style="width:0;height:1.5pt" o:hralign="center" o:hrstd="t" o:hr="t" fillcolor="#a0a0a0" stroked="f"/>
        </w:pict>
      </w:r>
    </w:p>
    <w:p w14:paraId="2F3594E1" w14:textId="77777777" w:rsidR="006B7642" w:rsidRPr="006B7642" w:rsidRDefault="006B7642" w:rsidP="006B7642">
      <w:pPr>
        <w:pStyle w:val="Heading2"/>
      </w:pPr>
      <w:r w:rsidRPr="006B7642">
        <w:t>Problem 9 — “Customers who have never placed an order” (LEFT JOIN)</w:t>
      </w:r>
    </w:p>
    <w:p w14:paraId="359D54E7" w14:textId="77777777" w:rsidR="006B7642" w:rsidRPr="006B7642" w:rsidRDefault="006B7642" w:rsidP="006B7642">
      <w:r w:rsidRPr="006B7642">
        <w:rPr>
          <w:b/>
          <w:bCs/>
        </w:rPr>
        <w:t>Business question:</w:t>
      </w:r>
      <w:r w:rsidRPr="006B7642">
        <w:t xml:space="preserve"> “Which customers have zero orders?”</w:t>
      </w:r>
      <w:r w:rsidRPr="006B7642">
        <w:br/>
      </w:r>
      <w:r w:rsidRPr="006B7642">
        <w:rPr>
          <w:b/>
          <w:bCs/>
        </w:rPr>
        <w:t>Who uses it / why:</w:t>
      </w:r>
      <w:r w:rsidRPr="006B7642">
        <w:t xml:space="preserve"> Marketing finds leads for reactivation campaigns.</w:t>
      </w:r>
    </w:p>
    <w:p w14:paraId="6FCF0199" w14:textId="77777777" w:rsidR="006B7642" w:rsidRPr="006B7642" w:rsidRDefault="006B7642" w:rsidP="006B7642">
      <w:pPr>
        <w:rPr>
          <w:b/>
          <w:bCs/>
        </w:rPr>
      </w:pPr>
      <w:r w:rsidRPr="006B7642">
        <w:rPr>
          <w:b/>
          <w:bCs/>
        </w:rPr>
        <w:t>How to solve</w:t>
      </w:r>
    </w:p>
    <w:p w14:paraId="737D490F" w14:textId="77777777" w:rsidR="006B7642" w:rsidRPr="006B7642" w:rsidRDefault="006B7642" w:rsidP="006B7642">
      <w:pPr>
        <w:numPr>
          <w:ilvl w:val="0"/>
          <w:numId w:val="22"/>
        </w:numPr>
      </w:pPr>
      <w:r w:rsidRPr="006B7642">
        <w:rPr>
          <w:b/>
          <w:bCs/>
        </w:rPr>
        <w:t>Visualize output:</w:t>
      </w:r>
      <w:r w:rsidRPr="006B7642">
        <w:t xml:space="preserve"> CUSTOMER_ID | FULL_NAME | EMAIL_ADDRESS</w:t>
      </w:r>
    </w:p>
    <w:p w14:paraId="2868B5AB" w14:textId="77777777" w:rsidR="006B7642" w:rsidRPr="006B7642" w:rsidRDefault="006B7642" w:rsidP="006B7642">
      <w:pPr>
        <w:numPr>
          <w:ilvl w:val="0"/>
          <w:numId w:val="22"/>
        </w:numPr>
      </w:pPr>
      <w:r w:rsidRPr="006B7642">
        <w:rPr>
          <w:b/>
          <w:bCs/>
        </w:rPr>
        <w:t>By hand:</w:t>
      </w:r>
      <w:r w:rsidRPr="006B7642">
        <w:t xml:space="preserve"> start with all customers, try to match orders; keep the ones with no match</w:t>
      </w:r>
    </w:p>
    <w:p w14:paraId="540E2647" w14:textId="77777777" w:rsidR="006B7642" w:rsidRPr="006B7642" w:rsidRDefault="006B7642" w:rsidP="006B7642">
      <w:pPr>
        <w:numPr>
          <w:ilvl w:val="0"/>
          <w:numId w:val="22"/>
        </w:numPr>
      </w:pPr>
      <w:r w:rsidRPr="006B7642">
        <w:rPr>
          <w:b/>
          <w:bCs/>
        </w:rPr>
        <w:t>SQL translation:</w:t>
      </w:r>
      <w:r w:rsidRPr="006B7642">
        <w:t xml:space="preserve"> LEFT JOIN + WHERE </w:t>
      </w:r>
      <w:proofErr w:type="spellStart"/>
      <w:proofErr w:type="gramStart"/>
      <w:r w:rsidRPr="006B7642">
        <w:t>o.order</w:t>
      </w:r>
      <w:proofErr w:type="gramEnd"/>
      <w:r w:rsidRPr="006B7642">
        <w:t>_id</w:t>
      </w:r>
      <w:proofErr w:type="spellEnd"/>
      <w:r w:rsidRPr="006B7642">
        <w:t xml:space="preserve"> IS NULL.</w:t>
      </w:r>
    </w:p>
    <w:p w14:paraId="3DDF64BC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lastRenderedPageBreak/>
        <w:t>SELECT</w:t>
      </w:r>
    </w:p>
    <w:p w14:paraId="3E284C33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c.customer_id</w:t>
      </w:r>
      <w:proofErr w:type="spellEnd"/>
      <w:r w:rsidRPr="006B7642">
        <w:t>,</w:t>
      </w:r>
    </w:p>
    <w:p w14:paraId="2B001A71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c.full_name</w:t>
      </w:r>
      <w:proofErr w:type="spellEnd"/>
      <w:r w:rsidRPr="006B7642">
        <w:t>,</w:t>
      </w:r>
    </w:p>
    <w:p w14:paraId="3E0339B1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r w:rsidRPr="006B7642">
        <w:t>c.email_address</w:t>
      </w:r>
      <w:proofErr w:type="spellEnd"/>
    </w:p>
    <w:p w14:paraId="1CC91092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FROM customers c</w:t>
      </w:r>
    </w:p>
    <w:p w14:paraId="688D7FA3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LEFT JOIN orders o</w:t>
      </w:r>
    </w:p>
    <w:p w14:paraId="17667ED0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ON </w:t>
      </w:r>
      <w:proofErr w:type="spellStart"/>
      <w:proofErr w:type="gramStart"/>
      <w:r w:rsidRPr="006B7642">
        <w:t>o.customer</w:t>
      </w:r>
      <w:proofErr w:type="gramEnd"/>
      <w:r w:rsidRPr="006B7642">
        <w:t>_id</w:t>
      </w:r>
      <w:proofErr w:type="spellEnd"/>
      <w:r w:rsidRPr="006B7642">
        <w:t xml:space="preserve"> = </w:t>
      </w:r>
      <w:proofErr w:type="spellStart"/>
      <w:proofErr w:type="gramStart"/>
      <w:r w:rsidRPr="006B7642">
        <w:t>c.customer</w:t>
      </w:r>
      <w:proofErr w:type="gramEnd"/>
      <w:r w:rsidRPr="006B7642">
        <w:t>_id</w:t>
      </w:r>
      <w:proofErr w:type="spellEnd"/>
    </w:p>
    <w:p w14:paraId="521BA8EF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WHERE </w:t>
      </w:r>
      <w:proofErr w:type="spellStart"/>
      <w:proofErr w:type="gramStart"/>
      <w:r w:rsidRPr="006B7642">
        <w:t>o.order</w:t>
      </w:r>
      <w:proofErr w:type="gramEnd"/>
      <w:r w:rsidRPr="006B7642">
        <w:t>_id</w:t>
      </w:r>
      <w:proofErr w:type="spellEnd"/>
      <w:r w:rsidRPr="006B7642">
        <w:t xml:space="preserve"> IS NULL</w:t>
      </w:r>
    </w:p>
    <w:p w14:paraId="0A2CBB95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ORDER BY </w:t>
      </w:r>
      <w:proofErr w:type="spellStart"/>
      <w:proofErr w:type="gramStart"/>
      <w:r w:rsidRPr="006B7642">
        <w:t>c.full</w:t>
      </w:r>
      <w:proofErr w:type="gramEnd"/>
      <w:r w:rsidRPr="006B7642">
        <w:t>_</w:t>
      </w:r>
      <w:proofErr w:type="gramStart"/>
      <w:r w:rsidRPr="006B7642">
        <w:t>name</w:t>
      </w:r>
      <w:proofErr w:type="spellEnd"/>
      <w:r w:rsidRPr="006B7642">
        <w:t>;</w:t>
      </w:r>
      <w:proofErr w:type="gramEnd"/>
    </w:p>
    <w:p w14:paraId="7125060A" w14:textId="77777777" w:rsidR="006B7642" w:rsidRPr="006B7642" w:rsidRDefault="00000000" w:rsidP="006B7642">
      <w:r>
        <w:pict w14:anchorId="21560238">
          <v:rect id="_x0000_i1034" style="width:0;height:1.5pt" o:hralign="center" o:hrstd="t" o:hr="t" fillcolor="#a0a0a0" stroked="f"/>
        </w:pict>
      </w:r>
    </w:p>
    <w:p w14:paraId="34658F57" w14:textId="77777777" w:rsidR="006B7642" w:rsidRPr="006B7642" w:rsidRDefault="006B7642" w:rsidP="006B7642">
      <w:pPr>
        <w:pStyle w:val="Heading2"/>
      </w:pPr>
      <w:r w:rsidRPr="006B7642">
        <w:t>Problem 10 — “Orders above the average order value” (subquery)</w:t>
      </w:r>
    </w:p>
    <w:p w14:paraId="3738D10D" w14:textId="77777777" w:rsidR="006B7642" w:rsidRPr="006B7642" w:rsidRDefault="006B7642" w:rsidP="006B7642">
      <w:r w:rsidRPr="006B7642">
        <w:rPr>
          <w:b/>
          <w:bCs/>
        </w:rPr>
        <w:t>Business question:</w:t>
      </w:r>
      <w:r w:rsidRPr="006B7642">
        <w:t xml:space="preserve"> “Which orders are bigger than the average order?”</w:t>
      </w:r>
      <w:r w:rsidRPr="006B7642">
        <w:br/>
      </w:r>
      <w:r w:rsidRPr="006B7642">
        <w:rPr>
          <w:b/>
          <w:bCs/>
        </w:rPr>
        <w:t>Who uses it / why:</w:t>
      </w:r>
      <w:r w:rsidRPr="006B7642">
        <w:t xml:space="preserve"> Finance/ops flags unusually large orders (fraud check, VIP handling).</w:t>
      </w:r>
    </w:p>
    <w:p w14:paraId="19B8AE66" w14:textId="77777777" w:rsidR="006B7642" w:rsidRPr="006B7642" w:rsidRDefault="006B7642" w:rsidP="006B7642">
      <w:pPr>
        <w:rPr>
          <w:b/>
          <w:bCs/>
        </w:rPr>
      </w:pPr>
      <w:r w:rsidRPr="006B7642">
        <w:rPr>
          <w:b/>
          <w:bCs/>
        </w:rPr>
        <w:t>How to solve</w:t>
      </w:r>
    </w:p>
    <w:p w14:paraId="5D074E41" w14:textId="77777777" w:rsidR="006B7642" w:rsidRPr="006B7642" w:rsidRDefault="006B7642" w:rsidP="006B7642">
      <w:pPr>
        <w:numPr>
          <w:ilvl w:val="0"/>
          <w:numId w:val="23"/>
        </w:numPr>
      </w:pPr>
      <w:r w:rsidRPr="006B7642">
        <w:rPr>
          <w:b/>
          <w:bCs/>
        </w:rPr>
        <w:t>Visualize output:</w:t>
      </w:r>
      <w:r w:rsidRPr="006B7642">
        <w:t xml:space="preserve"> ORDER_ID | ORDER_TOTAL</w:t>
      </w:r>
    </w:p>
    <w:p w14:paraId="7C51ED39" w14:textId="77777777" w:rsidR="006B7642" w:rsidRPr="006B7642" w:rsidRDefault="006B7642" w:rsidP="006B7642">
      <w:pPr>
        <w:numPr>
          <w:ilvl w:val="0"/>
          <w:numId w:val="23"/>
        </w:numPr>
      </w:pPr>
      <w:r w:rsidRPr="006B7642">
        <w:rPr>
          <w:b/>
          <w:bCs/>
        </w:rPr>
        <w:t>By hand:</w:t>
      </w:r>
    </w:p>
    <w:p w14:paraId="6E06AD33" w14:textId="77777777" w:rsidR="006B7642" w:rsidRPr="006B7642" w:rsidRDefault="006B7642" w:rsidP="006B7642">
      <w:pPr>
        <w:numPr>
          <w:ilvl w:val="1"/>
          <w:numId w:val="23"/>
        </w:numPr>
      </w:pPr>
      <w:proofErr w:type="gramStart"/>
      <w:r w:rsidRPr="006B7642">
        <w:t>Compute</w:t>
      </w:r>
      <w:proofErr w:type="gramEnd"/>
      <w:r w:rsidRPr="006B7642">
        <w:t xml:space="preserve"> total per order</w:t>
      </w:r>
    </w:p>
    <w:p w14:paraId="112F635C" w14:textId="77777777" w:rsidR="006B7642" w:rsidRPr="006B7642" w:rsidRDefault="006B7642" w:rsidP="006B7642">
      <w:pPr>
        <w:numPr>
          <w:ilvl w:val="1"/>
          <w:numId w:val="23"/>
        </w:numPr>
      </w:pPr>
      <w:r w:rsidRPr="006B7642">
        <w:t>Compute average of those totals</w:t>
      </w:r>
    </w:p>
    <w:p w14:paraId="62036E34" w14:textId="77777777" w:rsidR="006B7642" w:rsidRPr="006B7642" w:rsidRDefault="006B7642" w:rsidP="006B7642">
      <w:pPr>
        <w:numPr>
          <w:ilvl w:val="1"/>
          <w:numId w:val="23"/>
        </w:numPr>
      </w:pPr>
      <w:r w:rsidRPr="006B7642">
        <w:t>Keep orders where total &gt; average</w:t>
      </w:r>
    </w:p>
    <w:p w14:paraId="38A79A0E" w14:textId="77777777" w:rsidR="006B7642" w:rsidRPr="006B7642" w:rsidRDefault="006B7642" w:rsidP="006B7642">
      <w:pPr>
        <w:numPr>
          <w:ilvl w:val="0"/>
          <w:numId w:val="23"/>
        </w:numPr>
      </w:pPr>
      <w:r w:rsidRPr="006B7642">
        <w:rPr>
          <w:b/>
          <w:bCs/>
        </w:rPr>
        <w:t>SQL translation:</w:t>
      </w:r>
      <w:r w:rsidRPr="006B7642">
        <w:t xml:space="preserve"> Use a subquery to compute order totals, then </w:t>
      </w:r>
      <w:proofErr w:type="gramStart"/>
      <w:r w:rsidRPr="006B7642">
        <w:t>compare</w:t>
      </w:r>
      <w:proofErr w:type="gramEnd"/>
      <w:r w:rsidRPr="006B7642">
        <w:t xml:space="preserve"> to </w:t>
      </w:r>
      <w:proofErr w:type="gramStart"/>
      <w:r w:rsidRPr="006B7642">
        <w:t>AVG(</w:t>
      </w:r>
      <w:proofErr w:type="gramEnd"/>
      <w:r w:rsidRPr="006B7642">
        <w:t>total).</w:t>
      </w:r>
    </w:p>
    <w:p w14:paraId="10CDEAC6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SELECT</w:t>
      </w:r>
    </w:p>
    <w:p w14:paraId="46B45FAF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proofErr w:type="gramStart"/>
      <w:r w:rsidRPr="006B7642">
        <w:t>t.order</w:t>
      </w:r>
      <w:proofErr w:type="gramEnd"/>
      <w:r w:rsidRPr="006B7642">
        <w:t>_id</w:t>
      </w:r>
      <w:proofErr w:type="spellEnd"/>
      <w:r w:rsidRPr="006B7642">
        <w:t>,</w:t>
      </w:r>
    </w:p>
    <w:p w14:paraId="10C7876E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</w:t>
      </w:r>
      <w:proofErr w:type="spellStart"/>
      <w:proofErr w:type="gramStart"/>
      <w:r w:rsidRPr="006B7642">
        <w:t>t.order</w:t>
      </w:r>
      <w:proofErr w:type="gramEnd"/>
      <w:r w:rsidRPr="006B7642">
        <w:t>_total</w:t>
      </w:r>
      <w:proofErr w:type="spellEnd"/>
    </w:p>
    <w:p w14:paraId="51A34C0B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FROM (</w:t>
      </w:r>
    </w:p>
    <w:p w14:paraId="00A92DF9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SELECT</w:t>
      </w:r>
    </w:p>
    <w:p w14:paraId="7555531D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  </w:t>
      </w:r>
      <w:proofErr w:type="spellStart"/>
      <w:proofErr w:type="gramStart"/>
      <w:r w:rsidRPr="006B7642">
        <w:t>oi.order</w:t>
      </w:r>
      <w:proofErr w:type="gramEnd"/>
      <w:r w:rsidRPr="006B7642">
        <w:t>_id</w:t>
      </w:r>
      <w:proofErr w:type="spellEnd"/>
      <w:r w:rsidRPr="006B7642">
        <w:t>,</w:t>
      </w:r>
    </w:p>
    <w:p w14:paraId="65627F70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lastRenderedPageBreak/>
        <w:t xml:space="preserve">    </w:t>
      </w:r>
      <w:proofErr w:type="gramStart"/>
      <w:r w:rsidRPr="006B7642">
        <w:t>SUM(</w:t>
      </w:r>
      <w:proofErr w:type="spellStart"/>
      <w:r w:rsidRPr="006B7642">
        <w:t>oi.unit</w:t>
      </w:r>
      <w:proofErr w:type="gramEnd"/>
      <w:r w:rsidRPr="006B7642">
        <w:t>_price</w:t>
      </w:r>
      <w:proofErr w:type="spellEnd"/>
      <w:r w:rsidRPr="006B7642">
        <w:t xml:space="preserve"> * </w:t>
      </w:r>
      <w:proofErr w:type="spellStart"/>
      <w:proofErr w:type="gramStart"/>
      <w:r w:rsidRPr="006B7642">
        <w:t>oi.quantity</w:t>
      </w:r>
      <w:proofErr w:type="spellEnd"/>
      <w:proofErr w:type="gramEnd"/>
      <w:r w:rsidRPr="006B7642">
        <w:t xml:space="preserve">) AS </w:t>
      </w:r>
      <w:proofErr w:type="spellStart"/>
      <w:r w:rsidRPr="006B7642">
        <w:t>order_total</w:t>
      </w:r>
      <w:proofErr w:type="spellEnd"/>
    </w:p>
    <w:p w14:paraId="0EBFD377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FROM </w:t>
      </w:r>
      <w:proofErr w:type="spellStart"/>
      <w:r w:rsidRPr="006B7642">
        <w:t>order_items</w:t>
      </w:r>
      <w:proofErr w:type="spellEnd"/>
      <w:r w:rsidRPr="006B7642">
        <w:t xml:space="preserve"> oi</w:t>
      </w:r>
    </w:p>
    <w:p w14:paraId="702045A8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GROUP BY </w:t>
      </w:r>
      <w:proofErr w:type="spellStart"/>
      <w:proofErr w:type="gramStart"/>
      <w:r w:rsidRPr="006B7642">
        <w:t>oi.order</w:t>
      </w:r>
      <w:proofErr w:type="gramEnd"/>
      <w:r w:rsidRPr="006B7642">
        <w:t>_id</w:t>
      </w:r>
      <w:proofErr w:type="spellEnd"/>
    </w:p>
    <w:p w14:paraId="211D3E89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) t</w:t>
      </w:r>
    </w:p>
    <w:p w14:paraId="79F4D506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WHERE </w:t>
      </w:r>
      <w:proofErr w:type="spellStart"/>
      <w:proofErr w:type="gramStart"/>
      <w:r w:rsidRPr="006B7642">
        <w:t>t.order</w:t>
      </w:r>
      <w:proofErr w:type="gramEnd"/>
      <w:r w:rsidRPr="006B7642">
        <w:t>_total</w:t>
      </w:r>
      <w:proofErr w:type="spellEnd"/>
      <w:r w:rsidRPr="006B7642">
        <w:t xml:space="preserve"> &gt; (</w:t>
      </w:r>
    </w:p>
    <w:p w14:paraId="409D3D6B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SELECT AVG(t</w:t>
      </w:r>
      <w:proofErr w:type="gramStart"/>
      <w:r w:rsidRPr="006B7642">
        <w:t>2.order</w:t>
      </w:r>
      <w:proofErr w:type="gramEnd"/>
      <w:r w:rsidRPr="006B7642">
        <w:t>_total)</w:t>
      </w:r>
    </w:p>
    <w:p w14:paraId="6B49FD9F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FROM (</w:t>
      </w:r>
    </w:p>
    <w:p w14:paraId="1093AF1B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  SELECT</w:t>
      </w:r>
    </w:p>
    <w:p w14:paraId="0CB1597B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    oi2.order_id,</w:t>
      </w:r>
    </w:p>
    <w:p w14:paraId="0AC27FC8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    </w:t>
      </w:r>
      <w:proofErr w:type="gramStart"/>
      <w:r w:rsidRPr="006B7642">
        <w:t>SUM(</w:t>
      </w:r>
      <w:proofErr w:type="gramEnd"/>
      <w:r w:rsidRPr="006B7642">
        <w:t xml:space="preserve">oi2.unit_price * oi2.quantity) AS </w:t>
      </w:r>
      <w:proofErr w:type="spellStart"/>
      <w:r w:rsidRPr="006B7642">
        <w:t>order_total</w:t>
      </w:r>
      <w:proofErr w:type="spellEnd"/>
    </w:p>
    <w:p w14:paraId="62ACC2B1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  FROM </w:t>
      </w:r>
      <w:proofErr w:type="spellStart"/>
      <w:r w:rsidRPr="006B7642">
        <w:t>order_items</w:t>
      </w:r>
      <w:proofErr w:type="spellEnd"/>
      <w:r w:rsidRPr="006B7642">
        <w:t xml:space="preserve"> oi2</w:t>
      </w:r>
    </w:p>
    <w:p w14:paraId="18B5F27F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  GROUP BY oi2.order_id</w:t>
      </w:r>
    </w:p>
    <w:p w14:paraId="17249EB9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  ) t2</w:t>
      </w:r>
    </w:p>
    <w:p w14:paraId="72E9D59A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>)</w:t>
      </w:r>
    </w:p>
    <w:p w14:paraId="0FB47035" w14:textId="77777777" w:rsidR="006B7642" w:rsidRPr="006B7642" w:rsidRDefault="006B7642" w:rsidP="006B7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FFCC"/>
      </w:pPr>
      <w:r w:rsidRPr="006B7642">
        <w:t xml:space="preserve">ORDER BY </w:t>
      </w:r>
      <w:proofErr w:type="spellStart"/>
      <w:proofErr w:type="gramStart"/>
      <w:r w:rsidRPr="006B7642">
        <w:t>t.order</w:t>
      </w:r>
      <w:proofErr w:type="gramEnd"/>
      <w:r w:rsidRPr="006B7642">
        <w:t>_total</w:t>
      </w:r>
      <w:proofErr w:type="spellEnd"/>
      <w:r w:rsidRPr="006B7642">
        <w:t xml:space="preserve"> </w:t>
      </w:r>
      <w:proofErr w:type="gramStart"/>
      <w:r w:rsidRPr="006B7642">
        <w:t>DESC;</w:t>
      </w:r>
      <w:proofErr w:type="gramEnd"/>
    </w:p>
    <w:p w14:paraId="18414D17" w14:textId="77777777" w:rsidR="006B7642" w:rsidRPr="006B7642" w:rsidRDefault="00000000" w:rsidP="006B7642">
      <w:r>
        <w:pict w14:anchorId="7B9FD556">
          <v:rect id="_x0000_i1035" style="width:0;height:1.5pt" o:hralign="center" o:hrstd="t" o:hr="t" fillcolor="#a0a0a0" stroked="f"/>
        </w:pict>
      </w:r>
    </w:p>
    <w:p w14:paraId="235F0693" w14:textId="373D93A8" w:rsidR="006B7642" w:rsidRPr="006B7642" w:rsidRDefault="0077548B" w:rsidP="006B7642">
      <w:r>
        <w:rPr>
          <w:b/>
          <w:bCs/>
        </w:rPr>
        <w:t xml:space="preserve">Summary of </w:t>
      </w:r>
      <w:r w:rsidR="006B7642" w:rsidRPr="006B7642">
        <w:rPr>
          <w:b/>
          <w:bCs/>
        </w:rPr>
        <w:t>Week 2 practice</w:t>
      </w:r>
    </w:p>
    <w:p w14:paraId="0F8BE8BB" w14:textId="77777777" w:rsidR="006B7642" w:rsidRPr="006B7642" w:rsidRDefault="006B7642" w:rsidP="006B7642">
      <w:pPr>
        <w:numPr>
          <w:ilvl w:val="0"/>
          <w:numId w:val="24"/>
        </w:numPr>
      </w:pPr>
      <w:r w:rsidRPr="006B7642">
        <w:t>Simple SELECT (1 table)</w:t>
      </w:r>
    </w:p>
    <w:p w14:paraId="056C11AC" w14:textId="77777777" w:rsidR="006B7642" w:rsidRPr="006B7642" w:rsidRDefault="006B7642" w:rsidP="006B7642">
      <w:pPr>
        <w:numPr>
          <w:ilvl w:val="0"/>
          <w:numId w:val="24"/>
        </w:numPr>
      </w:pPr>
      <w:r w:rsidRPr="006B7642">
        <w:t>WHERE + ORDER BY</w:t>
      </w:r>
    </w:p>
    <w:p w14:paraId="1DEEAEC1" w14:textId="77777777" w:rsidR="006B7642" w:rsidRPr="006B7642" w:rsidRDefault="006B7642" w:rsidP="006B7642">
      <w:pPr>
        <w:numPr>
          <w:ilvl w:val="0"/>
          <w:numId w:val="24"/>
        </w:numPr>
      </w:pPr>
      <w:r w:rsidRPr="006B7642">
        <w:t>GROUP BY (counts)</w:t>
      </w:r>
    </w:p>
    <w:p w14:paraId="68B2EF96" w14:textId="77777777" w:rsidR="006B7642" w:rsidRPr="006B7642" w:rsidRDefault="006B7642" w:rsidP="006B7642">
      <w:pPr>
        <w:numPr>
          <w:ilvl w:val="0"/>
          <w:numId w:val="24"/>
        </w:numPr>
      </w:pPr>
      <w:r w:rsidRPr="006B7642">
        <w:t>GROUP BY (sums)</w:t>
      </w:r>
    </w:p>
    <w:p w14:paraId="339E46A7" w14:textId="77777777" w:rsidR="006B7642" w:rsidRPr="006B7642" w:rsidRDefault="006B7642" w:rsidP="006B7642">
      <w:pPr>
        <w:numPr>
          <w:ilvl w:val="0"/>
          <w:numId w:val="24"/>
        </w:numPr>
      </w:pPr>
      <w:r w:rsidRPr="006B7642">
        <w:t>JOIN via WHERE (old school, helps concept)</w:t>
      </w:r>
    </w:p>
    <w:p w14:paraId="5A09437E" w14:textId="77777777" w:rsidR="006B7642" w:rsidRPr="006B7642" w:rsidRDefault="006B7642" w:rsidP="006B7642">
      <w:pPr>
        <w:numPr>
          <w:ilvl w:val="0"/>
          <w:numId w:val="24"/>
        </w:numPr>
      </w:pPr>
      <w:r w:rsidRPr="006B7642">
        <w:t>JOIN via ANSI (best practice)</w:t>
      </w:r>
    </w:p>
    <w:p w14:paraId="306F15E9" w14:textId="77777777" w:rsidR="006B7642" w:rsidRPr="006B7642" w:rsidRDefault="006B7642" w:rsidP="006B7642">
      <w:pPr>
        <w:numPr>
          <w:ilvl w:val="0"/>
          <w:numId w:val="24"/>
        </w:numPr>
      </w:pPr>
      <w:r w:rsidRPr="006B7642">
        <w:t>3-table JOIN + revenue metric</w:t>
      </w:r>
    </w:p>
    <w:p w14:paraId="30A85D05" w14:textId="77777777" w:rsidR="006B7642" w:rsidRPr="006B7642" w:rsidRDefault="006B7642" w:rsidP="006B7642">
      <w:pPr>
        <w:numPr>
          <w:ilvl w:val="0"/>
          <w:numId w:val="24"/>
        </w:numPr>
      </w:pPr>
      <w:r w:rsidRPr="006B7642">
        <w:t>LEFT JOIN (missing data / “who has none?”)</w:t>
      </w:r>
    </w:p>
    <w:p w14:paraId="46054655" w14:textId="77777777" w:rsidR="006B7642" w:rsidRPr="006B7642" w:rsidRDefault="006B7642" w:rsidP="006B7642">
      <w:pPr>
        <w:numPr>
          <w:ilvl w:val="0"/>
          <w:numId w:val="24"/>
        </w:numPr>
      </w:pPr>
      <w:r w:rsidRPr="006B7642">
        <w:t>Simple subquery (bigger-than-average / top customer)</w:t>
      </w:r>
    </w:p>
    <w:p w14:paraId="53680996" w14:textId="77777777" w:rsidR="006B7642" w:rsidRPr="006B7642" w:rsidRDefault="006B7642" w:rsidP="006B7642">
      <w:pPr>
        <w:numPr>
          <w:ilvl w:val="0"/>
          <w:numId w:val="24"/>
        </w:numPr>
      </w:pPr>
      <w:r w:rsidRPr="006B7642">
        <w:lastRenderedPageBreak/>
        <w:t>Optional: HAVING (only show customers with spend &gt; X)</w:t>
      </w:r>
    </w:p>
    <w:p w14:paraId="54290911" w14:textId="77777777" w:rsidR="006B7642" w:rsidRDefault="006B7642"/>
    <w:sectPr w:rsidR="006B764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B4C7D"/>
    <w:multiLevelType w:val="multilevel"/>
    <w:tmpl w:val="25FED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F9E6558"/>
    <w:multiLevelType w:val="multilevel"/>
    <w:tmpl w:val="5784F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3A3151D"/>
    <w:multiLevelType w:val="multilevel"/>
    <w:tmpl w:val="7FBCC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E6719A"/>
    <w:multiLevelType w:val="multilevel"/>
    <w:tmpl w:val="EDAA2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F4E7B58"/>
    <w:multiLevelType w:val="multilevel"/>
    <w:tmpl w:val="49C20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E529CA"/>
    <w:multiLevelType w:val="multilevel"/>
    <w:tmpl w:val="DB083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BFA6E34"/>
    <w:multiLevelType w:val="multilevel"/>
    <w:tmpl w:val="1F266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DC13614"/>
    <w:multiLevelType w:val="multilevel"/>
    <w:tmpl w:val="D9C86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F426F8E"/>
    <w:multiLevelType w:val="multilevel"/>
    <w:tmpl w:val="C91A8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52C505B"/>
    <w:multiLevelType w:val="multilevel"/>
    <w:tmpl w:val="18224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7563BE7"/>
    <w:multiLevelType w:val="multilevel"/>
    <w:tmpl w:val="7E005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8021979"/>
    <w:multiLevelType w:val="multilevel"/>
    <w:tmpl w:val="E19E0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1C6196A"/>
    <w:multiLevelType w:val="multilevel"/>
    <w:tmpl w:val="6C845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85816B0"/>
    <w:multiLevelType w:val="multilevel"/>
    <w:tmpl w:val="08B8D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B8E5B15"/>
    <w:multiLevelType w:val="multilevel"/>
    <w:tmpl w:val="085C3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8746787">
    <w:abstractNumId w:val="8"/>
  </w:num>
  <w:num w:numId="2" w16cid:durableId="1461921279">
    <w:abstractNumId w:val="6"/>
  </w:num>
  <w:num w:numId="3" w16cid:durableId="711423926">
    <w:abstractNumId w:val="5"/>
  </w:num>
  <w:num w:numId="4" w16cid:durableId="1994481262">
    <w:abstractNumId w:val="4"/>
  </w:num>
  <w:num w:numId="5" w16cid:durableId="680468030">
    <w:abstractNumId w:val="7"/>
  </w:num>
  <w:num w:numId="6" w16cid:durableId="1290552500">
    <w:abstractNumId w:val="3"/>
  </w:num>
  <w:num w:numId="7" w16cid:durableId="1927641524">
    <w:abstractNumId w:val="2"/>
  </w:num>
  <w:num w:numId="8" w16cid:durableId="1511261989">
    <w:abstractNumId w:val="1"/>
  </w:num>
  <w:num w:numId="9" w16cid:durableId="1137991579">
    <w:abstractNumId w:val="0"/>
  </w:num>
  <w:num w:numId="10" w16cid:durableId="1820489746">
    <w:abstractNumId w:val="14"/>
  </w:num>
  <w:num w:numId="11" w16cid:durableId="988289710">
    <w:abstractNumId w:val="10"/>
  </w:num>
  <w:num w:numId="12" w16cid:durableId="428622188">
    <w:abstractNumId w:val="16"/>
  </w:num>
  <w:num w:numId="13" w16cid:durableId="371997032">
    <w:abstractNumId w:val="23"/>
  </w:num>
  <w:num w:numId="14" w16cid:durableId="349836631">
    <w:abstractNumId w:val="22"/>
  </w:num>
  <w:num w:numId="15" w16cid:durableId="1557274394">
    <w:abstractNumId w:val="17"/>
  </w:num>
  <w:num w:numId="16" w16cid:durableId="1051853521">
    <w:abstractNumId w:val="19"/>
  </w:num>
  <w:num w:numId="17" w16cid:durableId="739904693">
    <w:abstractNumId w:val="12"/>
  </w:num>
  <w:num w:numId="18" w16cid:durableId="1585845857">
    <w:abstractNumId w:val="13"/>
  </w:num>
  <w:num w:numId="19" w16cid:durableId="660893365">
    <w:abstractNumId w:val="15"/>
  </w:num>
  <w:num w:numId="20" w16cid:durableId="1484930318">
    <w:abstractNumId w:val="20"/>
  </w:num>
  <w:num w:numId="21" w16cid:durableId="395008763">
    <w:abstractNumId w:val="21"/>
  </w:num>
  <w:num w:numId="22" w16cid:durableId="1136489384">
    <w:abstractNumId w:val="9"/>
  </w:num>
  <w:num w:numId="23" w16cid:durableId="1819415916">
    <w:abstractNumId w:val="18"/>
  </w:num>
  <w:num w:numId="24" w16cid:durableId="28084507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840A0"/>
    <w:rsid w:val="00492386"/>
    <w:rsid w:val="006B7642"/>
    <w:rsid w:val="0077548B"/>
    <w:rsid w:val="007E5A84"/>
    <w:rsid w:val="00AA1D8D"/>
    <w:rsid w:val="00B47730"/>
    <w:rsid w:val="00C46C17"/>
    <w:rsid w:val="00CB0664"/>
    <w:rsid w:val="00ED07A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B960C8B"/>
  <w14:defaultImageDpi w14:val="300"/>
  <w15:docId w15:val="{92799DDB-FE7B-43C1-96CE-86788A885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1070</Words>
  <Characters>5848</Characters>
  <Application>Microsoft Office Word</Application>
  <DocSecurity>0</DocSecurity>
  <Lines>216</Lines>
  <Paragraphs>177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6741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Nithithanatchinnapat, Benyawarath</cp:lastModifiedBy>
  <cp:revision>3</cp:revision>
  <dcterms:created xsi:type="dcterms:W3CDTF">2026-02-03T22:58:00Z</dcterms:created>
  <dcterms:modified xsi:type="dcterms:W3CDTF">2026-02-03T22:58:00Z</dcterms:modified>
  <cp:category/>
</cp:coreProperties>
</file>